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2B0A" w14:textId="2673B15D" w:rsidR="004A66BF" w:rsidRPr="00B16F30" w:rsidRDefault="004A66BF" w:rsidP="00B16F30">
      <w:pPr>
        <w:jc w:val="center"/>
        <w:rPr>
          <w:rFonts w:cs="Arial"/>
          <w:b/>
          <w:bCs/>
          <w:lang w:val="pt-BR"/>
        </w:rPr>
      </w:pPr>
      <w:r w:rsidRPr="00B16F30">
        <w:rPr>
          <w:rFonts w:cs="Arial"/>
          <w:b/>
          <w:bCs/>
          <w:lang w:val="pt-BR"/>
        </w:rPr>
        <w:t>ANEXO I – FORMULÁRIO DE IDENTIFICAÇÃO E SOLICITAÇÃO DE MANUTENÇÃO</w:t>
      </w:r>
    </w:p>
    <w:p w14:paraId="72BD39C7" w14:textId="77777777" w:rsidR="004A66BF" w:rsidRPr="004A66BF" w:rsidRDefault="004A66BF" w:rsidP="004A66BF">
      <w:pPr>
        <w:jc w:val="both"/>
        <w:rPr>
          <w:rFonts w:cs="Arial"/>
          <w:lang w:val="pt-BR"/>
        </w:rPr>
      </w:pPr>
    </w:p>
    <w:p w14:paraId="1E05F960" w14:textId="77777777" w:rsidR="004A66BF" w:rsidRPr="004A66BF" w:rsidRDefault="004A66BF" w:rsidP="004A66BF">
      <w:pPr>
        <w:jc w:val="both"/>
        <w:rPr>
          <w:rFonts w:cs="Arial"/>
          <w:lang w:val="pt-BR"/>
        </w:rPr>
      </w:pPr>
      <w:r w:rsidRPr="004A66BF">
        <w:rPr>
          <w:rFonts w:cs="Arial"/>
          <w:lang w:val="pt-BR"/>
        </w:rPr>
        <w:t>1. IDENTIFICAÇÃO DO SOLICITANTE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86"/>
      </w:tblGrid>
      <w:tr w:rsidR="004A66BF" w:rsidRPr="004A66BF" w14:paraId="35B86066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C8A13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Nome completo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9EF91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3C209E11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6F0E8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Cargo/Função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4FBE8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1069B5DF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CC126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Unidade/Centro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AB9E0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1B504A42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95E3D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E-mail institucional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133E2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2E910CED" w14:textId="77777777" w:rsidTr="00B16F30">
        <w:trPr>
          <w:trHeight w:val="188"/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D81B1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Telefone/WhatsApp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55A96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</w:tbl>
    <w:p w14:paraId="2DA62E79" w14:textId="77777777" w:rsidR="004A66BF" w:rsidRDefault="004A66BF" w:rsidP="004A66BF">
      <w:pPr>
        <w:jc w:val="both"/>
        <w:rPr>
          <w:rFonts w:cs="Arial"/>
          <w:lang w:val="pt-BR"/>
        </w:rPr>
      </w:pPr>
    </w:p>
    <w:p w14:paraId="0DA9B12C" w14:textId="104B23B9" w:rsidR="004A66BF" w:rsidRPr="004A66BF" w:rsidRDefault="004A66BF" w:rsidP="004A66BF">
      <w:pPr>
        <w:jc w:val="both"/>
        <w:rPr>
          <w:rFonts w:cs="Arial"/>
          <w:lang w:val="pt-BR"/>
        </w:rPr>
      </w:pPr>
      <w:r w:rsidRPr="004A66BF">
        <w:rPr>
          <w:rFonts w:cs="Arial"/>
          <w:lang w:val="pt-BR"/>
        </w:rPr>
        <w:t>2. IDENTIFICAÇÃO E LOCALIZAÇÃO DO LABORATÓRIO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86"/>
      </w:tblGrid>
      <w:tr w:rsidR="004A66BF" w:rsidRPr="004A66BF" w14:paraId="32B0B591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EACFE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Nome do laboratório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F551A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01AD5E9E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23D77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Unidade/Centro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CC423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1E404252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37616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Bloco/Prédio/Sala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62E05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681245C9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D08BA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Responsável pelo laboratório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47F3F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B16F30" w:rsidRPr="00D11D36" w14:paraId="7BA1011A" w14:textId="77777777" w:rsidTr="004A66BF">
        <w:trPr>
          <w:jc w:val="center"/>
        </w:trPr>
        <w:tc>
          <w:tcPr>
            <w:tcW w:w="3402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70F75" w14:textId="35B20C91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Telefone/WhatsApp</w:t>
            </w:r>
            <w:r>
              <w:rPr>
                <w:rFonts w:cs="Arial"/>
                <w:lang w:val="pt-BR"/>
              </w:rPr>
              <w:t xml:space="preserve"> do responsável pelo laboratório</w:t>
            </w:r>
          </w:p>
        </w:tc>
        <w:tc>
          <w:tcPr>
            <w:tcW w:w="62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8B126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</w:tr>
    </w:tbl>
    <w:p w14:paraId="33F03035" w14:textId="77777777" w:rsidR="004A66BF" w:rsidRDefault="004A66BF" w:rsidP="004A66BF">
      <w:pPr>
        <w:jc w:val="both"/>
        <w:rPr>
          <w:rFonts w:cs="Arial"/>
          <w:lang w:val="pt-BR"/>
        </w:rPr>
      </w:pPr>
    </w:p>
    <w:p w14:paraId="200C2F2D" w14:textId="051C90EB" w:rsidR="004A66BF" w:rsidRPr="004A66BF" w:rsidRDefault="004A66BF" w:rsidP="004A66BF">
      <w:pPr>
        <w:jc w:val="both"/>
        <w:rPr>
          <w:rFonts w:cs="Arial"/>
          <w:lang w:val="pt-BR"/>
        </w:rPr>
      </w:pPr>
      <w:r w:rsidRPr="004A66BF">
        <w:rPr>
          <w:rFonts w:cs="Arial"/>
          <w:lang w:val="pt-BR"/>
        </w:rPr>
        <w:t>3. IDENTIFICAÇÃO DOS EQUIPAMENTOS</w:t>
      </w:r>
    </w:p>
    <w:p w14:paraId="0E7A8E31" w14:textId="77777777" w:rsidR="004A66BF" w:rsidRPr="004A66BF" w:rsidRDefault="004A66BF" w:rsidP="004A66BF">
      <w:pPr>
        <w:jc w:val="both"/>
        <w:rPr>
          <w:rFonts w:cs="Arial"/>
          <w:lang w:val="pt-BR"/>
        </w:rPr>
      </w:pPr>
      <w:r w:rsidRPr="004A66BF">
        <w:rPr>
          <w:rFonts w:cs="Arial"/>
          <w:lang w:val="pt-BR"/>
        </w:rPr>
        <w:t>Preencher uma linha para cada equipamento. Poderão ser incluídos até 10 (dez) equipamentos, observado o limite financeiro estabelecido no Edital.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26"/>
        <w:gridCol w:w="1513"/>
        <w:gridCol w:w="1038"/>
        <w:gridCol w:w="1087"/>
        <w:gridCol w:w="1268"/>
        <w:gridCol w:w="1513"/>
        <w:gridCol w:w="1452"/>
        <w:gridCol w:w="1165"/>
      </w:tblGrid>
      <w:tr w:rsidR="004A66BF" w:rsidRPr="004A66BF" w14:paraId="2BFF22EA" w14:textId="77777777" w:rsidTr="00B16F30">
        <w:trPr>
          <w:tblHeader/>
          <w:jc w:val="center"/>
        </w:trPr>
        <w:tc>
          <w:tcPr>
            <w:tcW w:w="626" w:type="dxa"/>
            <w:shd w:val="clear" w:color="auto" w:fill="F2F2F2" w:themeFill="background1" w:themeFillShade="F2"/>
            <w:vAlign w:val="center"/>
          </w:tcPr>
          <w:p w14:paraId="0EADB429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Nº</w:t>
            </w:r>
          </w:p>
        </w:tc>
        <w:tc>
          <w:tcPr>
            <w:tcW w:w="1513" w:type="dxa"/>
            <w:shd w:val="clear" w:color="auto" w:fill="F2F2F2" w:themeFill="background1" w:themeFillShade="F2"/>
            <w:vAlign w:val="center"/>
          </w:tcPr>
          <w:p w14:paraId="38E551E0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Equipamento</w:t>
            </w:r>
          </w:p>
        </w:tc>
        <w:tc>
          <w:tcPr>
            <w:tcW w:w="1038" w:type="dxa"/>
            <w:shd w:val="clear" w:color="auto" w:fill="F2F2F2" w:themeFill="background1" w:themeFillShade="F2"/>
            <w:vAlign w:val="center"/>
          </w:tcPr>
          <w:p w14:paraId="5082D511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Marca</w:t>
            </w:r>
          </w:p>
        </w:tc>
        <w:tc>
          <w:tcPr>
            <w:tcW w:w="1087" w:type="dxa"/>
            <w:shd w:val="clear" w:color="auto" w:fill="F2F2F2" w:themeFill="background1" w:themeFillShade="F2"/>
            <w:vAlign w:val="center"/>
          </w:tcPr>
          <w:p w14:paraId="4634CD15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Modelo</w:t>
            </w:r>
          </w:p>
        </w:tc>
        <w:tc>
          <w:tcPr>
            <w:tcW w:w="1268" w:type="dxa"/>
            <w:shd w:val="clear" w:color="auto" w:fill="F2F2F2" w:themeFill="background1" w:themeFillShade="F2"/>
            <w:vAlign w:val="center"/>
          </w:tcPr>
          <w:p w14:paraId="72AC8BA6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Patrimônio</w:t>
            </w:r>
          </w:p>
        </w:tc>
        <w:tc>
          <w:tcPr>
            <w:tcW w:w="1513" w:type="dxa"/>
            <w:shd w:val="clear" w:color="auto" w:fill="F2F2F2" w:themeFill="background1" w:themeFillShade="F2"/>
            <w:vAlign w:val="center"/>
          </w:tcPr>
          <w:p w14:paraId="60764428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Tipo de manutenção*</w:t>
            </w:r>
          </w:p>
        </w:tc>
        <w:tc>
          <w:tcPr>
            <w:tcW w:w="1452" w:type="dxa"/>
            <w:shd w:val="clear" w:color="auto" w:fill="F2F2F2" w:themeFill="background1" w:themeFillShade="F2"/>
            <w:vAlign w:val="center"/>
          </w:tcPr>
          <w:p w14:paraId="34219F41" w14:textId="23142E62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Descrição d</w:t>
            </w:r>
            <w:r w:rsidR="00B16F30">
              <w:rPr>
                <w:rFonts w:cs="Arial"/>
                <w:lang w:val="pt-BR"/>
              </w:rPr>
              <w:t>o defeito</w:t>
            </w:r>
          </w:p>
        </w:tc>
        <w:tc>
          <w:tcPr>
            <w:tcW w:w="1165" w:type="dxa"/>
            <w:shd w:val="clear" w:color="auto" w:fill="F2F2F2" w:themeFill="background1" w:themeFillShade="F2"/>
            <w:vAlign w:val="center"/>
          </w:tcPr>
          <w:p w14:paraId="08E74999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Valor estimado (R$)</w:t>
            </w:r>
          </w:p>
        </w:tc>
      </w:tr>
      <w:tr w:rsidR="004A66BF" w:rsidRPr="004A66BF" w14:paraId="46370630" w14:textId="77777777" w:rsidTr="00B16F30">
        <w:trPr>
          <w:jc w:val="center"/>
        </w:trPr>
        <w:tc>
          <w:tcPr>
            <w:tcW w:w="62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B248D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1</w:t>
            </w: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E6223E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BC8975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8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F1F451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336A4B6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59B96D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4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2B663C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16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FDEB42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4C341E85" w14:textId="77777777" w:rsidTr="00B16F30">
        <w:trPr>
          <w:jc w:val="center"/>
        </w:trPr>
        <w:tc>
          <w:tcPr>
            <w:tcW w:w="62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7F536A7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t>2</w:t>
            </w: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53E8EFE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007672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8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CCDAE3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F630D3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BBD9E2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4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1A274A9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16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0627520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4A66BF" w:rsidRPr="004A66BF" w14:paraId="0766F1C3" w14:textId="77777777" w:rsidTr="00B16F30">
        <w:trPr>
          <w:jc w:val="center"/>
        </w:trPr>
        <w:tc>
          <w:tcPr>
            <w:tcW w:w="62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83C29D" w14:textId="77777777" w:rsidR="004A66BF" w:rsidRPr="004A66BF" w:rsidRDefault="004A66BF" w:rsidP="00B16F30">
            <w:pPr>
              <w:spacing w:line="276" w:lineRule="auto"/>
              <w:jc w:val="center"/>
              <w:rPr>
                <w:rFonts w:cs="Arial"/>
                <w:lang w:val="pt-BR"/>
              </w:rPr>
            </w:pPr>
            <w:r w:rsidRPr="004A66BF">
              <w:rPr>
                <w:rFonts w:cs="Arial"/>
                <w:lang w:val="pt-BR"/>
              </w:rPr>
              <w:lastRenderedPageBreak/>
              <w:t>3</w:t>
            </w: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CDC2E7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BABE6E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08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2869BD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76D412B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569C95D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4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5EDE35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  <w:tc>
          <w:tcPr>
            <w:tcW w:w="116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7F86E6" w14:textId="77777777" w:rsidR="004A66BF" w:rsidRPr="004A66BF" w:rsidRDefault="004A66BF" w:rsidP="004A66BF">
            <w:pPr>
              <w:spacing w:line="276" w:lineRule="auto"/>
              <w:jc w:val="both"/>
              <w:rPr>
                <w:rFonts w:cs="Arial"/>
                <w:lang w:val="pt-BR"/>
              </w:rPr>
            </w:pPr>
          </w:p>
        </w:tc>
      </w:tr>
      <w:tr w:rsidR="00B16F30" w:rsidRPr="004A66BF" w14:paraId="34F7136B" w14:textId="77777777" w:rsidTr="00B16F30">
        <w:trPr>
          <w:jc w:val="center"/>
        </w:trPr>
        <w:tc>
          <w:tcPr>
            <w:tcW w:w="626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D087E4" w14:textId="2844A462" w:rsidR="00B16F30" w:rsidRPr="004A66BF" w:rsidRDefault="00B16F30" w:rsidP="00B16F30">
            <w:pPr>
              <w:jc w:val="center"/>
              <w:rPr>
                <w:rFonts w:cs="Arial"/>
                <w:lang w:val="pt-BR"/>
              </w:rPr>
            </w:pPr>
            <w:r>
              <w:rPr>
                <w:rFonts w:cs="Arial"/>
                <w:lang w:val="pt-BR"/>
              </w:rPr>
              <w:t>...</w:t>
            </w: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F9E3D6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03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A65074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087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2691F1A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26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DADB52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5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1CBF72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452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1E9260C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  <w:tc>
          <w:tcPr>
            <w:tcW w:w="1165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656597" w14:textId="77777777" w:rsidR="00B16F30" w:rsidRPr="004A66BF" w:rsidRDefault="00B16F30" w:rsidP="004A66BF">
            <w:pPr>
              <w:jc w:val="both"/>
              <w:rPr>
                <w:rFonts w:cs="Arial"/>
                <w:lang w:val="pt-BR"/>
              </w:rPr>
            </w:pPr>
          </w:p>
        </w:tc>
      </w:tr>
    </w:tbl>
    <w:p w14:paraId="2289CBA6" w14:textId="77777777" w:rsidR="00B16F30" w:rsidRPr="00B16F30" w:rsidRDefault="00B16F30" w:rsidP="00B16F30">
      <w:pPr>
        <w:jc w:val="both"/>
        <w:rPr>
          <w:rFonts w:cs="Arial"/>
          <w:lang w:val="pt-BR"/>
        </w:rPr>
      </w:pPr>
      <w:r w:rsidRPr="00B16F30">
        <w:rPr>
          <w:rFonts w:cs="Arial"/>
          <w:lang w:val="pt-BR"/>
        </w:rPr>
        <w:t>* Corretiva: equipamento parado ou necessitando de manutenção para funcionamento e/ou troca de peças e componentes de reposição. Preventiva: equipamento com necessidade de ajustes, calibração ou limpeza.</w:t>
      </w:r>
    </w:p>
    <w:p w14:paraId="34D4E243" w14:textId="77777777" w:rsidR="00B16F30" w:rsidRDefault="00B16F30" w:rsidP="004A66BF">
      <w:pPr>
        <w:jc w:val="both"/>
        <w:rPr>
          <w:rFonts w:cs="Arial"/>
          <w:lang w:val="pt-BR"/>
        </w:rPr>
      </w:pPr>
    </w:p>
    <w:p w14:paraId="0F1A8CAF" w14:textId="77777777" w:rsidR="00B16F30" w:rsidRDefault="00B16F30" w:rsidP="00B16F30">
      <w:pPr>
        <w:spacing w:after="200"/>
        <w:jc w:val="both"/>
        <w:rPr>
          <w:rFonts w:cs="Arial"/>
          <w:lang w:val="pt-BR"/>
        </w:rPr>
      </w:pPr>
    </w:p>
    <w:p w14:paraId="0893DDF5" w14:textId="77777777" w:rsidR="00B16F30" w:rsidRPr="00435591" w:rsidRDefault="00B16F30" w:rsidP="00B16F30">
      <w:pPr>
        <w:spacing w:after="200"/>
        <w:jc w:val="both"/>
        <w:rPr>
          <w:rFonts w:cs="Arial"/>
          <w:lang w:val="pt-BR"/>
        </w:rPr>
      </w:pPr>
      <w:r>
        <w:rPr>
          <w:rFonts w:cs="Arial"/>
          <w:lang w:val="pt-BR"/>
        </w:rPr>
        <w:t>Rio Branco, __ de ___________ de 2026.</w:t>
      </w:r>
    </w:p>
    <w:p w14:paraId="2BB6C550" w14:textId="77777777" w:rsidR="00B16F30" w:rsidRDefault="00B16F30" w:rsidP="00B16F30">
      <w:pPr>
        <w:spacing w:after="200"/>
        <w:jc w:val="center"/>
        <w:rPr>
          <w:rFonts w:cs="Arial"/>
          <w:lang w:val="pt-BR"/>
        </w:rPr>
      </w:pPr>
    </w:p>
    <w:p w14:paraId="4D8493A0" w14:textId="77777777" w:rsidR="003D147E" w:rsidRDefault="003D147E" w:rsidP="00B16F30">
      <w:pPr>
        <w:spacing w:after="200"/>
        <w:jc w:val="center"/>
        <w:rPr>
          <w:rFonts w:cs="Arial"/>
          <w:lang w:val="pt-BR"/>
        </w:rPr>
      </w:pPr>
    </w:p>
    <w:p w14:paraId="5D069EEC" w14:textId="77777777" w:rsidR="003D147E" w:rsidRPr="00435591" w:rsidRDefault="003D147E" w:rsidP="00B16F30">
      <w:pPr>
        <w:spacing w:after="200"/>
        <w:jc w:val="center"/>
        <w:rPr>
          <w:rFonts w:cs="Arial"/>
          <w:lang w:val="pt-BR"/>
        </w:rPr>
      </w:pPr>
    </w:p>
    <w:p w14:paraId="1DBC6894" w14:textId="77777777" w:rsidR="00B16F30" w:rsidRPr="00435591" w:rsidRDefault="00B16F30" w:rsidP="00B16F30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________________________</w:t>
      </w:r>
    </w:p>
    <w:p w14:paraId="6004B96D" w14:textId="77777777" w:rsidR="00B16F30" w:rsidRPr="00435591" w:rsidRDefault="00B16F30" w:rsidP="00B16F30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Assinatura eletrônica do servidor solicitante</w:t>
      </w:r>
    </w:p>
    <w:p w14:paraId="311B8CF0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12B02405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048210AB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26B568C0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0D55A899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4CCDE607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6AEBB7F3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538C5666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012976F8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7354DABA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5FBC1CA9" w14:textId="77777777" w:rsidR="00B16F30" w:rsidRDefault="00B16F3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5DC73158" w14:textId="77777777" w:rsidR="00B16F30" w:rsidRDefault="00B16F30" w:rsidP="00B16F30">
      <w:pPr>
        <w:spacing w:after="200"/>
        <w:jc w:val="center"/>
        <w:rPr>
          <w:rFonts w:cs="Arial"/>
          <w:b/>
          <w:bCs/>
          <w:lang w:val="pt-BR"/>
        </w:rPr>
      </w:pPr>
      <w:r w:rsidRPr="00B16F30">
        <w:rPr>
          <w:rFonts w:cs="Arial"/>
          <w:b/>
          <w:bCs/>
          <w:lang w:val="pt-BR"/>
        </w:rPr>
        <w:lastRenderedPageBreak/>
        <w:t>ANEXO II – DECLARAÇÃO DE EQUIPAMENTO MULTIUSUÁRIO</w:t>
      </w:r>
    </w:p>
    <w:p w14:paraId="74C549C2" w14:textId="77777777" w:rsidR="003D147E" w:rsidRPr="00B16F30" w:rsidRDefault="003D147E" w:rsidP="00B16F30">
      <w:pPr>
        <w:spacing w:after="200"/>
        <w:jc w:val="center"/>
        <w:rPr>
          <w:rFonts w:cs="Arial"/>
          <w:b/>
          <w:bCs/>
          <w:lang w:val="pt-BR"/>
        </w:rPr>
      </w:pPr>
    </w:p>
    <w:p w14:paraId="434DCDA0" w14:textId="5555D7E8" w:rsidR="003D147E" w:rsidRPr="003D147E" w:rsidRDefault="003D147E" w:rsidP="003D147E">
      <w:pPr>
        <w:spacing w:after="200"/>
        <w:jc w:val="both"/>
        <w:rPr>
          <w:rFonts w:cs="Arial"/>
          <w:lang w:val="pt-BR"/>
        </w:rPr>
      </w:pPr>
      <w:bookmarkStart w:id="0" w:name="_Hlk239951578"/>
      <w:r w:rsidRPr="003D147E">
        <w:rPr>
          <w:rFonts w:cs="Arial"/>
          <w:lang w:val="pt-BR"/>
        </w:rPr>
        <w:t>Eu, ________________________________________________________________, na qualidade de ________________________________________________ (</w:t>
      </w:r>
      <w:r w:rsidRPr="003D147E">
        <w:rPr>
          <w:rFonts w:cs="Arial"/>
          <w:i/>
          <w:iCs/>
          <w:color w:val="0070C0"/>
          <w:lang w:val="pt-BR"/>
        </w:rPr>
        <w:t>Coordenador(a) de Programa de Pós-Graduação XX ou Diretor(a) de Centro ou Líder de Grupo de Pesquisa certificado pelo CNPq</w:t>
      </w:r>
      <w:r w:rsidRPr="003D147E">
        <w:rPr>
          <w:rFonts w:cs="Arial"/>
          <w:lang w:val="pt-BR"/>
        </w:rPr>
        <w:t>), declaro, para fins de participação no Edital nº 26/2026 – PROPPI/UFAC, que o(s) equipamento(s) abaixo relacionado(s), sob responsabilidade do (a) ______________________________ (</w:t>
      </w:r>
      <w:r>
        <w:rPr>
          <w:rFonts w:cs="Arial"/>
          <w:i/>
          <w:iCs/>
          <w:color w:val="0070C0"/>
          <w:lang w:val="pt-BR"/>
        </w:rPr>
        <w:t>N</w:t>
      </w:r>
      <w:r w:rsidRPr="003D147E">
        <w:rPr>
          <w:rFonts w:cs="Arial"/>
          <w:i/>
          <w:iCs/>
          <w:color w:val="0070C0"/>
          <w:lang w:val="pt-BR"/>
        </w:rPr>
        <w:t>ome do (a) solicitante</w:t>
      </w:r>
      <w:r w:rsidRPr="003D147E">
        <w:rPr>
          <w:rFonts w:cs="Arial"/>
          <w:i/>
          <w:iCs/>
          <w:lang w:val="pt-BR"/>
        </w:rPr>
        <w:t>)</w:t>
      </w:r>
      <w:r w:rsidRPr="003D147E">
        <w:rPr>
          <w:rFonts w:cs="Arial"/>
          <w:lang w:val="pt-BR"/>
        </w:rPr>
        <w:t>, possui(em) caráter multiusuário, sendo utilizado(s) em atividades de pesquisa, pós-graduação, desenvolvimento tecnológico e/ou inovação da Universidade Federal do Acre.</w:t>
      </w:r>
    </w:p>
    <w:tbl>
      <w:tblPr>
        <w:tblStyle w:val="Tabelacomgrade"/>
        <w:tblW w:w="4874" w:type="pct"/>
        <w:jc w:val="center"/>
        <w:tblLook w:val="04A0" w:firstRow="1" w:lastRow="0" w:firstColumn="1" w:lastColumn="0" w:noHBand="0" w:noVBand="1"/>
      </w:tblPr>
      <w:tblGrid>
        <w:gridCol w:w="1856"/>
        <w:gridCol w:w="2416"/>
        <w:gridCol w:w="2394"/>
        <w:gridCol w:w="2989"/>
      </w:tblGrid>
      <w:tr w:rsidR="003D147E" w:rsidRPr="00B16F30" w14:paraId="3F37AD63" w14:textId="77777777" w:rsidTr="003D147E">
        <w:trPr>
          <w:tblHeader/>
          <w:jc w:val="center"/>
        </w:trPr>
        <w:tc>
          <w:tcPr>
            <w:tcW w:w="961" w:type="pct"/>
            <w:shd w:val="clear" w:color="auto" w:fill="F2F2F2" w:themeFill="background1" w:themeFillShade="F2"/>
          </w:tcPr>
          <w:bookmarkEnd w:id="0"/>
          <w:p w14:paraId="09210868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Nº</w:t>
            </w:r>
          </w:p>
        </w:tc>
        <w:tc>
          <w:tcPr>
            <w:tcW w:w="1251" w:type="pct"/>
            <w:shd w:val="clear" w:color="auto" w:fill="F2F2F2" w:themeFill="background1" w:themeFillShade="F2"/>
          </w:tcPr>
          <w:p w14:paraId="534C25A4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Equipamento</w:t>
            </w:r>
          </w:p>
        </w:tc>
        <w:tc>
          <w:tcPr>
            <w:tcW w:w="1240" w:type="pct"/>
            <w:shd w:val="clear" w:color="auto" w:fill="F2F2F2" w:themeFill="background1" w:themeFillShade="F2"/>
          </w:tcPr>
          <w:p w14:paraId="2B4CF6B2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Patrimônio</w:t>
            </w:r>
          </w:p>
        </w:tc>
        <w:tc>
          <w:tcPr>
            <w:tcW w:w="1548" w:type="pct"/>
            <w:shd w:val="clear" w:color="auto" w:fill="F2F2F2" w:themeFill="background1" w:themeFillShade="F2"/>
          </w:tcPr>
          <w:p w14:paraId="42A0D6A4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Laboratório/Unidade</w:t>
            </w:r>
          </w:p>
        </w:tc>
      </w:tr>
      <w:tr w:rsidR="003D147E" w:rsidRPr="00B16F30" w14:paraId="0ABE4109" w14:textId="77777777" w:rsidTr="003D147E">
        <w:trPr>
          <w:jc w:val="center"/>
        </w:trPr>
        <w:tc>
          <w:tcPr>
            <w:tcW w:w="96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03849B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1</w:t>
            </w:r>
          </w:p>
        </w:tc>
        <w:tc>
          <w:tcPr>
            <w:tcW w:w="125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31FC0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24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5E2BC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48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384C44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</w:tr>
      <w:tr w:rsidR="003D147E" w:rsidRPr="00B16F30" w14:paraId="5670F983" w14:textId="77777777" w:rsidTr="003D147E">
        <w:trPr>
          <w:jc w:val="center"/>
        </w:trPr>
        <w:tc>
          <w:tcPr>
            <w:tcW w:w="96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19B96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2</w:t>
            </w:r>
          </w:p>
        </w:tc>
        <w:tc>
          <w:tcPr>
            <w:tcW w:w="125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A8E80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24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9A981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48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F88E02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</w:tr>
      <w:tr w:rsidR="003D147E" w:rsidRPr="00B16F30" w14:paraId="3EFF4FFE" w14:textId="77777777" w:rsidTr="003D147E">
        <w:trPr>
          <w:jc w:val="center"/>
        </w:trPr>
        <w:tc>
          <w:tcPr>
            <w:tcW w:w="96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0EEB5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 w:rsidRPr="00B16F30">
              <w:rPr>
                <w:rFonts w:cs="Arial"/>
                <w:b/>
                <w:bCs/>
              </w:rPr>
              <w:t>3</w:t>
            </w:r>
          </w:p>
        </w:tc>
        <w:tc>
          <w:tcPr>
            <w:tcW w:w="125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2609B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24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105C2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48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76A915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</w:tr>
      <w:tr w:rsidR="003D147E" w:rsidRPr="00B16F30" w14:paraId="47B1309D" w14:textId="77777777" w:rsidTr="003D147E">
        <w:trPr>
          <w:jc w:val="center"/>
        </w:trPr>
        <w:tc>
          <w:tcPr>
            <w:tcW w:w="96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6381FF" w14:textId="5CD15FE3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…</w:t>
            </w:r>
          </w:p>
        </w:tc>
        <w:tc>
          <w:tcPr>
            <w:tcW w:w="1251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EE66E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24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AFF26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48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FB31F1" w14:textId="77777777" w:rsidR="003D147E" w:rsidRPr="00B16F30" w:rsidRDefault="003D147E" w:rsidP="00B16F30">
            <w:pPr>
              <w:spacing w:after="200"/>
              <w:jc w:val="center"/>
              <w:rPr>
                <w:rFonts w:cs="Arial"/>
                <w:b/>
                <w:bCs/>
              </w:rPr>
            </w:pPr>
          </w:p>
        </w:tc>
      </w:tr>
    </w:tbl>
    <w:p w14:paraId="461F3275" w14:textId="77777777" w:rsidR="003D147E" w:rsidRDefault="003D147E" w:rsidP="003D147E">
      <w:pPr>
        <w:spacing w:after="200"/>
        <w:jc w:val="both"/>
        <w:rPr>
          <w:rFonts w:cs="Arial"/>
          <w:lang w:val="pt-BR"/>
        </w:rPr>
      </w:pPr>
    </w:p>
    <w:p w14:paraId="48F1AA83" w14:textId="21FB70B2" w:rsidR="00B16F30" w:rsidRDefault="00B16F30" w:rsidP="003D147E">
      <w:pPr>
        <w:spacing w:after="200"/>
        <w:jc w:val="both"/>
        <w:rPr>
          <w:rFonts w:cs="Arial"/>
          <w:lang w:val="pt-BR"/>
        </w:rPr>
      </w:pPr>
      <w:r w:rsidRPr="00B16F30">
        <w:rPr>
          <w:rFonts w:cs="Arial"/>
          <w:lang w:val="pt-BR"/>
        </w:rPr>
        <w:t>Declaro ainda que as informações acima são verdadeiras e que o(s) equipamento(s) está(ão) disponível(is) para uso compartilhado, observadas as normas de funcionamento e disponibilidade do respectivo laboratório.</w:t>
      </w:r>
    </w:p>
    <w:p w14:paraId="07CCA282" w14:textId="77777777" w:rsidR="003D147E" w:rsidRDefault="003D147E" w:rsidP="003D147E">
      <w:pPr>
        <w:spacing w:after="200"/>
        <w:jc w:val="both"/>
        <w:rPr>
          <w:rFonts w:cs="Arial"/>
          <w:lang w:val="pt-BR"/>
        </w:rPr>
      </w:pPr>
    </w:p>
    <w:p w14:paraId="54A667FE" w14:textId="77777777" w:rsidR="003D147E" w:rsidRPr="00435591" w:rsidRDefault="003D147E" w:rsidP="003D147E">
      <w:pPr>
        <w:spacing w:after="200"/>
        <w:jc w:val="both"/>
        <w:rPr>
          <w:rFonts w:cs="Arial"/>
          <w:lang w:val="pt-BR"/>
        </w:rPr>
      </w:pPr>
      <w:r>
        <w:rPr>
          <w:rFonts w:cs="Arial"/>
          <w:lang w:val="pt-BR"/>
        </w:rPr>
        <w:t>Rio Branco, __ de ___________ de 2026.</w:t>
      </w:r>
    </w:p>
    <w:p w14:paraId="0EF0526B" w14:textId="77777777" w:rsidR="003D147E" w:rsidRDefault="003D147E" w:rsidP="003D147E">
      <w:pPr>
        <w:spacing w:after="200"/>
        <w:jc w:val="center"/>
        <w:rPr>
          <w:rFonts w:cs="Arial"/>
          <w:lang w:val="pt-BR"/>
        </w:rPr>
      </w:pPr>
    </w:p>
    <w:p w14:paraId="108273DC" w14:textId="77777777" w:rsidR="003D147E" w:rsidRDefault="003D147E" w:rsidP="003D147E">
      <w:pPr>
        <w:spacing w:after="200"/>
        <w:jc w:val="center"/>
        <w:rPr>
          <w:rFonts w:cs="Arial"/>
          <w:lang w:val="pt-BR"/>
        </w:rPr>
      </w:pPr>
    </w:p>
    <w:p w14:paraId="34968FDD" w14:textId="1D3A9F54" w:rsidR="003D147E" w:rsidRPr="00435591" w:rsidRDefault="003D147E" w:rsidP="003D147E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_________________</w:t>
      </w:r>
      <w:r>
        <w:rPr>
          <w:rFonts w:cs="Arial"/>
          <w:lang w:val="pt-BR"/>
        </w:rPr>
        <w:t>_________</w:t>
      </w:r>
      <w:r w:rsidRPr="00435591">
        <w:rPr>
          <w:rFonts w:cs="Arial"/>
          <w:lang w:val="pt-BR"/>
        </w:rPr>
        <w:t>_______</w:t>
      </w:r>
    </w:p>
    <w:p w14:paraId="0F19E595" w14:textId="301469FA" w:rsidR="003D147E" w:rsidRPr="00435591" w:rsidRDefault="003D147E" w:rsidP="003D147E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Assinatura eletrônica do solicitante</w:t>
      </w:r>
    </w:p>
    <w:p w14:paraId="4BE96A78" w14:textId="77777777" w:rsidR="003D147E" w:rsidRPr="00B16F30" w:rsidRDefault="003D147E" w:rsidP="003D147E">
      <w:pPr>
        <w:spacing w:after="200"/>
        <w:jc w:val="both"/>
        <w:rPr>
          <w:rFonts w:cs="Arial"/>
          <w:lang w:val="pt-BR"/>
        </w:rPr>
      </w:pPr>
    </w:p>
    <w:p w14:paraId="6D9095C1" w14:textId="77777777" w:rsidR="003D147E" w:rsidRDefault="003D147E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7B27FBB0" w14:textId="77777777" w:rsidR="007B71E0" w:rsidRDefault="007B71E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79024469" w14:textId="77777777" w:rsidR="007B71E0" w:rsidRDefault="007B71E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4B7DAD49" w14:textId="178F8C33" w:rsidR="00435591" w:rsidRPr="00435591" w:rsidRDefault="00435591" w:rsidP="00435591">
      <w:pPr>
        <w:spacing w:after="200"/>
        <w:jc w:val="center"/>
        <w:rPr>
          <w:rFonts w:cs="Arial"/>
          <w:b/>
          <w:bCs/>
          <w:lang w:val="pt-BR"/>
        </w:rPr>
      </w:pPr>
      <w:r w:rsidRPr="00435591">
        <w:rPr>
          <w:rFonts w:cs="Arial"/>
          <w:b/>
          <w:bCs/>
          <w:lang w:val="pt-BR"/>
        </w:rPr>
        <w:t>ANEXO III</w:t>
      </w:r>
    </w:p>
    <w:p w14:paraId="20EFB4CB" w14:textId="77777777" w:rsidR="007B71E0" w:rsidRDefault="007B71E0" w:rsidP="00435591">
      <w:pPr>
        <w:spacing w:after="200"/>
        <w:jc w:val="center"/>
        <w:rPr>
          <w:rFonts w:cs="Arial"/>
          <w:b/>
          <w:bCs/>
          <w:lang w:val="pt-BR"/>
        </w:rPr>
      </w:pPr>
    </w:p>
    <w:p w14:paraId="2F6DB9D7" w14:textId="67075FB6" w:rsidR="00435591" w:rsidRPr="00435591" w:rsidRDefault="00435591" w:rsidP="00435591">
      <w:pPr>
        <w:spacing w:after="200"/>
        <w:jc w:val="center"/>
        <w:rPr>
          <w:rFonts w:cs="Arial"/>
          <w:b/>
          <w:bCs/>
          <w:lang w:val="pt-BR"/>
        </w:rPr>
      </w:pPr>
      <w:r w:rsidRPr="00435591">
        <w:rPr>
          <w:rFonts w:cs="Arial"/>
          <w:b/>
          <w:bCs/>
          <w:lang w:val="pt-BR"/>
        </w:rPr>
        <w:t>DECLARAÇÃO DE INEXISTÊNCIA DE PENDÊNCIAS</w:t>
      </w:r>
    </w:p>
    <w:p w14:paraId="01A4E6E7" w14:textId="77777777" w:rsidR="00435591" w:rsidRDefault="00435591" w:rsidP="00435591">
      <w:pPr>
        <w:spacing w:after="200"/>
        <w:jc w:val="both"/>
        <w:rPr>
          <w:rFonts w:cs="Arial"/>
          <w:lang w:val="pt-BR"/>
        </w:rPr>
      </w:pPr>
    </w:p>
    <w:p w14:paraId="1F7F2B4C" w14:textId="645DE847" w:rsidR="00435591" w:rsidRDefault="00435591" w:rsidP="00435591">
      <w:pPr>
        <w:spacing w:after="200"/>
        <w:jc w:val="both"/>
        <w:rPr>
          <w:rFonts w:cs="Arial"/>
          <w:lang w:val="pt-BR"/>
        </w:rPr>
      </w:pPr>
      <w:r w:rsidRPr="00435591">
        <w:rPr>
          <w:rFonts w:cs="Arial"/>
          <w:lang w:val="pt-BR"/>
        </w:rPr>
        <w:t>DECLARO, para os devidos fins, a inexistência de pendências junto à Pró-Reitoria de Pesquisa, Pós-Graduação e Inovação (PROPPI).</w:t>
      </w:r>
    </w:p>
    <w:p w14:paraId="790CE690" w14:textId="77777777" w:rsidR="00435591" w:rsidRDefault="00435591" w:rsidP="00435591">
      <w:pPr>
        <w:spacing w:after="200"/>
        <w:jc w:val="both"/>
        <w:rPr>
          <w:rFonts w:cs="Arial"/>
          <w:lang w:val="pt-BR"/>
        </w:rPr>
      </w:pPr>
    </w:p>
    <w:p w14:paraId="43B97226" w14:textId="1387755B" w:rsidR="00435591" w:rsidRPr="00435591" w:rsidRDefault="00435591" w:rsidP="00435591">
      <w:pPr>
        <w:spacing w:after="200"/>
        <w:jc w:val="both"/>
        <w:rPr>
          <w:rFonts w:cs="Arial"/>
          <w:lang w:val="pt-BR"/>
        </w:rPr>
      </w:pPr>
      <w:r>
        <w:rPr>
          <w:rFonts w:cs="Arial"/>
          <w:lang w:val="pt-BR"/>
        </w:rPr>
        <w:t>Rio Branco, __ de ___________ de 2026.</w:t>
      </w:r>
    </w:p>
    <w:p w14:paraId="6CACD34E" w14:textId="77777777" w:rsidR="00435591" w:rsidRPr="00435591" w:rsidRDefault="00435591" w:rsidP="00435591">
      <w:pPr>
        <w:spacing w:after="200"/>
        <w:jc w:val="center"/>
        <w:rPr>
          <w:rFonts w:cs="Arial"/>
          <w:lang w:val="pt-BR"/>
        </w:rPr>
      </w:pPr>
    </w:p>
    <w:p w14:paraId="3D33493A" w14:textId="77777777" w:rsidR="00435591" w:rsidRPr="00435591" w:rsidRDefault="00435591" w:rsidP="00435591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________________________</w:t>
      </w:r>
    </w:p>
    <w:p w14:paraId="738D1381" w14:textId="77777777" w:rsidR="00435591" w:rsidRPr="00435591" w:rsidRDefault="00435591" w:rsidP="00435591">
      <w:pPr>
        <w:spacing w:after="200"/>
        <w:jc w:val="center"/>
        <w:rPr>
          <w:rFonts w:cs="Arial"/>
          <w:lang w:val="pt-BR"/>
        </w:rPr>
      </w:pPr>
      <w:r w:rsidRPr="00435591">
        <w:rPr>
          <w:rFonts w:cs="Arial"/>
          <w:lang w:val="pt-BR"/>
        </w:rPr>
        <w:t>Assinatura eletrônica do servidor solicitante</w:t>
      </w:r>
    </w:p>
    <w:p w14:paraId="0632291D" w14:textId="77777777" w:rsidR="00435591" w:rsidRPr="00435591" w:rsidRDefault="00435591" w:rsidP="00435591">
      <w:pPr>
        <w:spacing w:after="200"/>
        <w:rPr>
          <w:rFonts w:cs="Arial"/>
          <w:b/>
          <w:bCs/>
          <w:lang w:val="pt-BR"/>
        </w:rPr>
      </w:pPr>
    </w:p>
    <w:p w14:paraId="689257FF" w14:textId="06409EFB" w:rsidR="003A61FD" w:rsidRPr="00EA3B03" w:rsidRDefault="003A61FD">
      <w:pPr>
        <w:spacing w:after="200"/>
        <w:rPr>
          <w:rFonts w:cs="Arial"/>
          <w:b/>
          <w:lang w:val="pt-BR"/>
        </w:rPr>
      </w:pPr>
    </w:p>
    <w:sectPr w:rsidR="003A61FD" w:rsidRPr="00EA3B03" w:rsidSect="00034616">
      <w:headerReference w:type="default" r:id="rId8"/>
      <w:footerReference w:type="default" r:id="rId9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A86D" w14:textId="77777777" w:rsidR="00016289" w:rsidRDefault="00016289">
      <w:pPr>
        <w:spacing w:after="0" w:line="240" w:lineRule="auto"/>
      </w:pPr>
      <w:r>
        <w:separator/>
      </w:r>
    </w:p>
  </w:endnote>
  <w:endnote w:type="continuationSeparator" w:id="0">
    <w:p w14:paraId="4669C32F" w14:textId="77777777" w:rsidR="00016289" w:rsidRDefault="0001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358A" w14:textId="6A601B29" w:rsidR="00685634" w:rsidRDefault="0068563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5D4F9" w14:textId="77777777" w:rsidR="00016289" w:rsidRDefault="00016289">
      <w:pPr>
        <w:spacing w:after="0" w:line="240" w:lineRule="auto"/>
      </w:pPr>
      <w:r>
        <w:separator/>
      </w:r>
    </w:p>
  </w:footnote>
  <w:footnote w:type="continuationSeparator" w:id="0">
    <w:p w14:paraId="04EBFF0E" w14:textId="77777777" w:rsidR="00016289" w:rsidRDefault="00016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C03BC" w14:textId="646273A2" w:rsidR="003D4B8B" w:rsidRDefault="003D4B8B">
    <w:pPr>
      <w:pStyle w:val="Cabealho"/>
      <w:jc w:val="center"/>
      <w:rPr>
        <w:b/>
        <w:sz w:val="20"/>
      </w:rPr>
    </w:pPr>
    <w:r>
      <w:rPr>
        <w:noProof/>
      </w:rPr>
      <w:drawing>
        <wp:inline distT="0" distB="0" distL="0" distR="0" wp14:anchorId="06079508" wp14:editId="6BED1697">
          <wp:extent cx="490220" cy="676275"/>
          <wp:effectExtent l="0" t="0" r="508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22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DA63AC" w14:textId="0C9F428C" w:rsidR="00685634" w:rsidRDefault="005163BA">
    <w:pPr>
      <w:pStyle w:val="Cabealho"/>
      <w:jc w:val="center"/>
      <w:rPr>
        <w:b/>
        <w:sz w:val="20"/>
        <w:lang w:val="pt-BR"/>
      </w:rPr>
    </w:pPr>
    <w:r w:rsidRPr="003D4B8B">
      <w:rPr>
        <w:b/>
        <w:sz w:val="20"/>
        <w:lang w:val="pt-BR"/>
      </w:rPr>
      <w:t>UNIVERSIDADE FEDERAL DO ACRE</w:t>
    </w:r>
    <w:r w:rsidRPr="003D4B8B">
      <w:rPr>
        <w:b/>
        <w:sz w:val="20"/>
        <w:lang w:val="pt-BR"/>
      </w:rPr>
      <w:br/>
      <w:t xml:space="preserve">PRÓ-REITORIA DE PESQUISA, PÓS-GRADUAÇÃO E INOVAÇÃO </w:t>
    </w:r>
    <w:r w:rsidR="003D4B8B">
      <w:rPr>
        <w:b/>
        <w:sz w:val="20"/>
        <w:lang w:val="pt-BR"/>
      </w:rPr>
      <w:t>–</w:t>
    </w:r>
    <w:r w:rsidRPr="003D4B8B">
      <w:rPr>
        <w:b/>
        <w:sz w:val="20"/>
        <w:lang w:val="pt-BR"/>
      </w:rPr>
      <w:t xml:space="preserve"> PROPPI</w:t>
    </w:r>
  </w:p>
  <w:p w14:paraId="4D5103F3" w14:textId="77777777" w:rsidR="003D4B8B" w:rsidRPr="003D4B8B" w:rsidRDefault="003D4B8B">
    <w:pPr>
      <w:pStyle w:val="Cabealh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7243741">
    <w:abstractNumId w:val="8"/>
  </w:num>
  <w:num w:numId="2" w16cid:durableId="1217202018">
    <w:abstractNumId w:val="6"/>
  </w:num>
  <w:num w:numId="3" w16cid:durableId="1785077073">
    <w:abstractNumId w:val="5"/>
  </w:num>
  <w:num w:numId="4" w16cid:durableId="35081964">
    <w:abstractNumId w:val="4"/>
  </w:num>
  <w:num w:numId="5" w16cid:durableId="1797867213">
    <w:abstractNumId w:val="7"/>
  </w:num>
  <w:num w:numId="6" w16cid:durableId="268587406">
    <w:abstractNumId w:val="3"/>
  </w:num>
  <w:num w:numId="7" w16cid:durableId="1616935947">
    <w:abstractNumId w:val="2"/>
  </w:num>
  <w:num w:numId="8" w16cid:durableId="353455904">
    <w:abstractNumId w:val="1"/>
  </w:num>
  <w:num w:numId="9" w16cid:durableId="61637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131"/>
    <w:rsid w:val="00013955"/>
    <w:rsid w:val="00013EF6"/>
    <w:rsid w:val="0001426D"/>
    <w:rsid w:val="00016289"/>
    <w:rsid w:val="00033BBE"/>
    <w:rsid w:val="00034616"/>
    <w:rsid w:val="000405D3"/>
    <w:rsid w:val="00054F1B"/>
    <w:rsid w:val="0006063C"/>
    <w:rsid w:val="00071006"/>
    <w:rsid w:val="00072EE2"/>
    <w:rsid w:val="00076A99"/>
    <w:rsid w:val="00077D4C"/>
    <w:rsid w:val="000B56B8"/>
    <w:rsid w:val="001071AF"/>
    <w:rsid w:val="001117D9"/>
    <w:rsid w:val="00116344"/>
    <w:rsid w:val="00124E07"/>
    <w:rsid w:val="00137E34"/>
    <w:rsid w:val="00140FBB"/>
    <w:rsid w:val="0015074B"/>
    <w:rsid w:val="00175416"/>
    <w:rsid w:val="001921D0"/>
    <w:rsid w:val="001A45E2"/>
    <w:rsid w:val="001A4A2A"/>
    <w:rsid w:val="001C038A"/>
    <w:rsid w:val="001C2387"/>
    <w:rsid w:val="001D6D10"/>
    <w:rsid w:val="001F2515"/>
    <w:rsid w:val="001F4EE0"/>
    <w:rsid w:val="001F6582"/>
    <w:rsid w:val="001F7C19"/>
    <w:rsid w:val="00203464"/>
    <w:rsid w:val="00213590"/>
    <w:rsid w:val="00235C7A"/>
    <w:rsid w:val="0025769D"/>
    <w:rsid w:val="00263CC2"/>
    <w:rsid w:val="00274009"/>
    <w:rsid w:val="0029639D"/>
    <w:rsid w:val="002B51E7"/>
    <w:rsid w:val="002C0DA8"/>
    <w:rsid w:val="002C7D94"/>
    <w:rsid w:val="002D0FFD"/>
    <w:rsid w:val="002D2E5F"/>
    <w:rsid w:val="002D5526"/>
    <w:rsid w:val="002E5C03"/>
    <w:rsid w:val="002F39BC"/>
    <w:rsid w:val="00307C3F"/>
    <w:rsid w:val="00325643"/>
    <w:rsid w:val="00326F90"/>
    <w:rsid w:val="00330C85"/>
    <w:rsid w:val="003453D8"/>
    <w:rsid w:val="003854F2"/>
    <w:rsid w:val="00387247"/>
    <w:rsid w:val="00393854"/>
    <w:rsid w:val="003A534A"/>
    <w:rsid w:val="003A61FD"/>
    <w:rsid w:val="003B0108"/>
    <w:rsid w:val="003B58AA"/>
    <w:rsid w:val="003C398B"/>
    <w:rsid w:val="003D147E"/>
    <w:rsid w:val="003D4B8B"/>
    <w:rsid w:val="003E531E"/>
    <w:rsid w:val="00403D30"/>
    <w:rsid w:val="00415D11"/>
    <w:rsid w:val="00435591"/>
    <w:rsid w:val="00453DDF"/>
    <w:rsid w:val="00485448"/>
    <w:rsid w:val="004A4B7D"/>
    <w:rsid w:val="004A66BF"/>
    <w:rsid w:val="004B60F9"/>
    <w:rsid w:val="004C70AE"/>
    <w:rsid w:val="004E0117"/>
    <w:rsid w:val="004E1031"/>
    <w:rsid w:val="0050086E"/>
    <w:rsid w:val="0050345E"/>
    <w:rsid w:val="005163BA"/>
    <w:rsid w:val="00542099"/>
    <w:rsid w:val="00564668"/>
    <w:rsid w:val="0058610C"/>
    <w:rsid w:val="005930E4"/>
    <w:rsid w:val="005B2F93"/>
    <w:rsid w:val="005E042F"/>
    <w:rsid w:val="005E05F8"/>
    <w:rsid w:val="005F18F7"/>
    <w:rsid w:val="00605D45"/>
    <w:rsid w:val="0061716C"/>
    <w:rsid w:val="006453E7"/>
    <w:rsid w:val="00685634"/>
    <w:rsid w:val="006B2648"/>
    <w:rsid w:val="006C3353"/>
    <w:rsid w:val="006C5DBC"/>
    <w:rsid w:val="006D7C9B"/>
    <w:rsid w:val="006F5293"/>
    <w:rsid w:val="0070297B"/>
    <w:rsid w:val="0070337E"/>
    <w:rsid w:val="00717042"/>
    <w:rsid w:val="007334D1"/>
    <w:rsid w:val="007522E2"/>
    <w:rsid w:val="00753D5C"/>
    <w:rsid w:val="00790BED"/>
    <w:rsid w:val="007918E4"/>
    <w:rsid w:val="007A4519"/>
    <w:rsid w:val="007B71E0"/>
    <w:rsid w:val="007C0E86"/>
    <w:rsid w:val="007C6AE8"/>
    <w:rsid w:val="007D23F2"/>
    <w:rsid w:val="007F7951"/>
    <w:rsid w:val="00800F9D"/>
    <w:rsid w:val="00814626"/>
    <w:rsid w:val="00881301"/>
    <w:rsid w:val="00883E98"/>
    <w:rsid w:val="008A3DFE"/>
    <w:rsid w:val="008A43E3"/>
    <w:rsid w:val="008F393C"/>
    <w:rsid w:val="00900CC2"/>
    <w:rsid w:val="00905086"/>
    <w:rsid w:val="00914B96"/>
    <w:rsid w:val="00954390"/>
    <w:rsid w:val="00976B8B"/>
    <w:rsid w:val="00977B00"/>
    <w:rsid w:val="0099522E"/>
    <w:rsid w:val="009A7B76"/>
    <w:rsid w:val="009B3B60"/>
    <w:rsid w:val="009C24F3"/>
    <w:rsid w:val="009D1329"/>
    <w:rsid w:val="009D1EBE"/>
    <w:rsid w:val="009D6560"/>
    <w:rsid w:val="00A0575E"/>
    <w:rsid w:val="00A21AC6"/>
    <w:rsid w:val="00A331DF"/>
    <w:rsid w:val="00A82C6B"/>
    <w:rsid w:val="00AA1D8D"/>
    <w:rsid w:val="00AB2C14"/>
    <w:rsid w:val="00AB39BF"/>
    <w:rsid w:val="00AC11C4"/>
    <w:rsid w:val="00AE14AA"/>
    <w:rsid w:val="00AF40ED"/>
    <w:rsid w:val="00B14ECD"/>
    <w:rsid w:val="00B16F30"/>
    <w:rsid w:val="00B32F88"/>
    <w:rsid w:val="00B36E6C"/>
    <w:rsid w:val="00B44958"/>
    <w:rsid w:val="00B45DAB"/>
    <w:rsid w:val="00B47730"/>
    <w:rsid w:val="00B52B9E"/>
    <w:rsid w:val="00B53DD5"/>
    <w:rsid w:val="00B71FD6"/>
    <w:rsid w:val="00B75933"/>
    <w:rsid w:val="00BB2579"/>
    <w:rsid w:val="00BB587F"/>
    <w:rsid w:val="00BD5152"/>
    <w:rsid w:val="00BF3E1D"/>
    <w:rsid w:val="00C3140A"/>
    <w:rsid w:val="00C37C2A"/>
    <w:rsid w:val="00C40D90"/>
    <w:rsid w:val="00C419AB"/>
    <w:rsid w:val="00C50EE9"/>
    <w:rsid w:val="00C57AD3"/>
    <w:rsid w:val="00C606F9"/>
    <w:rsid w:val="00C73A4D"/>
    <w:rsid w:val="00C81CD7"/>
    <w:rsid w:val="00C83128"/>
    <w:rsid w:val="00C92B4E"/>
    <w:rsid w:val="00CB0664"/>
    <w:rsid w:val="00CC2EBE"/>
    <w:rsid w:val="00CD1AD3"/>
    <w:rsid w:val="00CE0AC4"/>
    <w:rsid w:val="00CE7185"/>
    <w:rsid w:val="00CF25AC"/>
    <w:rsid w:val="00D114E5"/>
    <w:rsid w:val="00D11D36"/>
    <w:rsid w:val="00D33DBD"/>
    <w:rsid w:val="00D350BE"/>
    <w:rsid w:val="00D65D00"/>
    <w:rsid w:val="00DA0285"/>
    <w:rsid w:val="00DC23D5"/>
    <w:rsid w:val="00DD7DD7"/>
    <w:rsid w:val="00DE7269"/>
    <w:rsid w:val="00E02D6D"/>
    <w:rsid w:val="00E17E13"/>
    <w:rsid w:val="00E35FED"/>
    <w:rsid w:val="00E425EC"/>
    <w:rsid w:val="00E43809"/>
    <w:rsid w:val="00E47E5F"/>
    <w:rsid w:val="00E52AE4"/>
    <w:rsid w:val="00E70AA0"/>
    <w:rsid w:val="00E87D85"/>
    <w:rsid w:val="00E96321"/>
    <w:rsid w:val="00EA3355"/>
    <w:rsid w:val="00EA3B03"/>
    <w:rsid w:val="00EB1E31"/>
    <w:rsid w:val="00EC3F43"/>
    <w:rsid w:val="00EC6824"/>
    <w:rsid w:val="00ED1C55"/>
    <w:rsid w:val="00EE798A"/>
    <w:rsid w:val="00F035C9"/>
    <w:rsid w:val="00F23FFF"/>
    <w:rsid w:val="00FC4C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820EB"/>
  <w14:defaultImageDpi w14:val="300"/>
  <w15:docId w15:val="{4225B7AA-055A-41C7-BCF0-52F9A44A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E52A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Victoria Melo</cp:lastModifiedBy>
  <cp:revision>5</cp:revision>
  <dcterms:created xsi:type="dcterms:W3CDTF">2026-09-10T22:09:00Z</dcterms:created>
  <dcterms:modified xsi:type="dcterms:W3CDTF">2026-09-11T12:56:00Z</dcterms:modified>
  <cp:category/>
</cp:coreProperties>
</file>