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4AE3" w14:textId="77777777" w:rsidR="00AA3D92" w:rsidRDefault="00276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>ANEXO I – CRONOGRAMA</w:t>
      </w:r>
    </w:p>
    <w:p w14:paraId="60154477" w14:textId="77777777" w:rsidR="00B16D7B" w:rsidRPr="00451762" w:rsidRDefault="00B16D7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4252"/>
      </w:tblGrid>
      <w:tr w:rsidR="00AA3D92" w:rsidRPr="00451762" w14:paraId="50953E49" w14:textId="77777777" w:rsidTr="0028232F">
        <w:trPr>
          <w:jc w:val="center"/>
        </w:trPr>
        <w:tc>
          <w:tcPr>
            <w:tcW w:w="4820" w:type="dxa"/>
            <w:shd w:val="clear" w:color="auto" w:fill="D9EAF7"/>
            <w:vAlign w:val="center"/>
          </w:tcPr>
          <w:p w14:paraId="47BBDA3B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Etapa</w:t>
            </w:r>
          </w:p>
        </w:tc>
        <w:tc>
          <w:tcPr>
            <w:tcW w:w="4252" w:type="dxa"/>
            <w:shd w:val="clear" w:color="auto" w:fill="D9EAF7"/>
            <w:vAlign w:val="center"/>
          </w:tcPr>
          <w:p w14:paraId="0CAFD544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Data/período</w:t>
            </w:r>
          </w:p>
        </w:tc>
      </w:tr>
      <w:tr w:rsidR="00AA3D92" w:rsidRPr="00451762" w14:paraId="04A0B2D9" w14:textId="77777777" w:rsidTr="0028232F">
        <w:trPr>
          <w:jc w:val="center"/>
        </w:trPr>
        <w:tc>
          <w:tcPr>
            <w:tcW w:w="4820" w:type="dxa"/>
            <w:vAlign w:val="center"/>
          </w:tcPr>
          <w:p w14:paraId="08835349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Publicação do edital</w:t>
            </w:r>
          </w:p>
        </w:tc>
        <w:tc>
          <w:tcPr>
            <w:tcW w:w="4252" w:type="dxa"/>
            <w:vAlign w:val="center"/>
          </w:tcPr>
          <w:p w14:paraId="311EC60D" w14:textId="06CBA33A" w:rsidR="00AA3D92" w:rsidRPr="00451762" w:rsidRDefault="005B3ACF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15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11E1C">
              <w:rPr>
                <w:rFonts w:ascii="Times New Roman" w:hAnsi="Times New Roman" w:cs="Times New Roman"/>
                <w:sz w:val="24"/>
                <w:szCs w:val="24"/>
              </w:rPr>
              <w:t>outubro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2026</w:t>
            </w:r>
          </w:p>
        </w:tc>
      </w:tr>
      <w:tr w:rsidR="00AA3D92" w:rsidRPr="00451762" w14:paraId="300D1B87" w14:textId="77777777" w:rsidTr="0028232F">
        <w:trPr>
          <w:jc w:val="center"/>
        </w:trPr>
        <w:tc>
          <w:tcPr>
            <w:tcW w:w="4820" w:type="dxa"/>
            <w:vAlign w:val="center"/>
          </w:tcPr>
          <w:p w14:paraId="23F9E54F" w14:textId="2EB53C20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Impugnação do edital</w:t>
            </w:r>
          </w:p>
        </w:tc>
        <w:tc>
          <w:tcPr>
            <w:tcW w:w="4252" w:type="dxa"/>
            <w:vAlign w:val="center"/>
          </w:tcPr>
          <w:p w14:paraId="44DEBD33" w14:textId="48636DE4" w:rsidR="00AA3D92" w:rsidRPr="00451762" w:rsidRDefault="00F62ABD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15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2615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3B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11E1C">
              <w:rPr>
                <w:rFonts w:ascii="Times New Roman" w:hAnsi="Times New Roman" w:cs="Times New Roman"/>
                <w:sz w:val="24"/>
                <w:szCs w:val="24"/>
              </w:rPr>
              <w:t>outubro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2026</w:t>
            </w:r>
          </w:p>
        </w:tc>
      </w:tr>
      <w:tr w:rsidR="0010436E" w:rsidRPr="00451762" w14:paraId="0CA14F02" w14:textId="77777777" w:rsidTr="0028232F">
        <w:trPr>
          <w:jc w:val="center"/>
        </w:trPr>
        <w:tc>
          <w:tcPr>
            <w:tcW w:w="4820" w:type="dxa"/>
            <w:vAlign w:val="center"/>
          </w:tcPr>
          <w:p w14:paraId="5D89EA10" w14:textId="4B6DFBC6" w:rsidR="0010436E" w:rsidRPr="00451762" w:rsidRDefault="00B23BE4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Resultados</w:t>
            </w:r>
            <w:r w:rsidR="00421DCA">
              <w:rPr>
                <w:rFonts w:ascii="Times New Roman" w:hAnsi="Times New Roman" w:cs="Times New Roman"/>
                <w:sz w:val="24"/>
                <w:szCs w:val="24"/>
              </w:rPr>
              <w:t xml:space="preserve"> dos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pedidos de impugnação</w:t>
            </w:r>
            <w:r w:rsidR="002E6262">
              <w:rPr>
                <w:rFonts w:ascii="Times New Roman" w:hAnsi="Times New Roman" w:cs="Times New Roman"/>
                <w:sz w:val="24"/>
                <w:szCs w:val="24"/>
              </w:rPr>
              <w:t>, se houver</w:t>
            </w:r>
          </w:p>
        </w:tc>
        <w:tc>
          <w:tcPr>
            <w:tcW w:w="4252" w:type="dxa"/>
            <w:vAlign w:val="center"/>
          </w:tcPr>
          <w:p w14:paraId="0EE54554" w14:textId="7F267E8B" w:rsidR="0010436E" w:rsidRDefault="00B23BE4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18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57CCD">
              <w:rPr>
                <w:rFonts w:ascii="Times New Roman" w:hAnsi="Times New Roman" w:cs="Times New Roman"/>
                <w:sz w:val="24"/>
                <w:szCs w:val="24"/>
              </w:rPr>
              <w:t>outubro</w:t>
            </w:r>
            <w:r w:rsidR="00B27A4B">
              <w:rPr>
                <w:rFonts w:ascii="Times New Roman" w:hAnsi="Times New Roman" w:cs="Times New Roman"/>
                <w:sz w:val="24"/>
                <w:szCs w:val="24"/>
              </w:rPr>
              <w:t xml:space="preserve"> de 2026</w:t>
            </w:r>
          </w:p>
        </w:tc>
      </w:tr>
      <w:tr w:rsidR="00AA3D92" w:rsidRPr="00451762" w14:paraId="5E90F066" w14:textId="77777777" w:rsidTr="0028232F">
        <w:trPr>
          <w:jc w:val="center"/>
        </w:trPr>
        <w:tc>
          <w:tcPr>
            <w:tcW w:w="4820" w:type="dxa"/>
            <w:vAlign w:val="center"/>
          </w:tcPr>
          <w:p w14:paraId="01E5E742" w14:textId="3C703005" w:rsidR="00AA3D92" w:rsidRPr="00451762" w:rsidRDefault="0096465F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Primeira etapa: </w:t>
            </w:r>
            <w:r w:rsidR="00276952" w:rsidRPr="00451762">
              <w:rPr>
                <w:rFonts w:ascii="Times New Roman" w:hAnsi="Times New Roman" w:cs="Times New Roman"/>
                <w:sz w:val="24"/>
                <w:szCs w:val="24"/>
              </w:rPr>
              <w:t>Seleção interna nos PPGs</w:t>
            </w:r>
          </w:p>
        </w:tc>
        <w:tc>
          <w:tcPr>
            <w:tcW w:w="4252" w:type="dxa"/>
            <w:vAlign w:val="center"/>
          </w:tcPr>
          <w:p w14:paraId="6BE580F4" w14:textId="079FAA1C" w:rsidR="00AA3D92" w:rsidRPr="00451762" w:rsidRDefault="00210FF4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42DE">
              <w:rPr>
                <w:rFonts w:ascii="Times New Roman" w:hAnsi="Times New Roman" w:cs="Times New Roman"/>
                <w:sz w:val="24"/>
                <w:szCs w:val="24"/>
              </w:rPr>
              <w:t xml:space="preserve"> de outubro a</w:t>
            </w:r>
            <w:r w:rsidR="006D62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26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475C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9F42DE">
              <w:rPr>
                <w:rFonts w:ascii="Times New Roman" w:hAnsi="Times New Roman" w:cs="Times New Roman"/>
                <w:sz w:val="24"/>
                <w:szCs w:val="24"/>
              </w:rPr>
              <w:t>novembro</w:t>
            </w:r>
            <w:r w:rsidR="004475C4">
              <w:rPr>
                <w:rFonts w:ascii="Times New Roman" w:hAnsi="Times New Roman" w:cs="Times New Roman"/>
                <w:sz w:val="24"/>
                <w:szCs w:val="24"/>
              </w:rPr>
              <w:t xml:space="preserve"> de 2026</w:t>
            </w:r>
          </w:p>
        </w:tc>
      </w:tr>
      <w:tr w:rsidR="00A101E9" w:rsidRPr="00451762" w14:paraId="0E9AA1D0" w14:textId="77777777" w:rsidTr="0028232F">
        <w:trPr>
          <w:jc w:val="center"/>
        </w:trPr>
        <w:tc>
          <w:tcPr>
            <w:tcW w:w="4820" w:type="dxa"/>
            <w:vAlign w:val="center"/>
          </w:tcPr>
          <w:p w14:paraId="684DF2BB" w14:textId="768958DD" w:rsidR="00A101E9" w:rsidRPr="00451762" w:rsidRDefault="004654A4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Inscrição institucional</w:t>
            </w:r>
            <w:r w:rsidR="00A1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0A2">
              <w:rPr>
                <w:rFonts w:ascii="Times New Roman" w:hAnsi="Times New Roman" w:cs="Times New Roman"/>
                <w:sz w:val="24"/>
                <w:szCs w:val="24"/>
              </w:rPr>
              <w:t>dos trabalhos indicados pelos PPGs</w:t>
            </w:r>
          </w:p>
        </w:tc>
        <w:tc>
          <w:tcPr>
            <w:tcW w:w="4252" w:type="dxa"/>
            <w:vAlign w:val="center"/>
          </w:tcPr>
          <w:p w14:paraId="1165EF51" w14:textId="0FC60B34" w:rsidR="00A101E9" w:rsidRDefault="009B00A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Até 1</w:t>
            </w:r>
            <w:r w:rsidR="00FC75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novembro de 2026</w:t>
            </w:r>
          </w:p>
        </w:tc>
      </w:tr>
      <w:tr w:rsidR="00FC75D2" w:rsidRPr="00451762" w14:paraId="287E7A32" w14:textId="77777777" w:rsidTr="0028232F">
        <w:trPr>
          <w:jc w:val="center"/>
        </w:trPr>
        <w:tc>
          <w:tcPr>
            <w:tcW w:w="4820" w:type="dxa"/>
            <w:vAlign w:val="center"/>
          </w:tcPr>
          <w:p w14:paraId="4D7B5291" w14:textId="19A89EDA" w:rsidR="00FC75D2" w:rsidRDefault="00FC75D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Divulgação </w:t>
            </w:r>
            <w:r w:rsidR="00D46616">
              <w:rPr>
                <w:rFonts w:ascii="Times New Roman" w:hAnsi="Times New Roman" w:cs="Times New Roman"/>
                <w:sz w:val="24"/>
                <w:szCs w:val="24"/>
              </w:rPr>
              <w:t>dos trabalhos indicados</w:t>
            </w:r>
          </w:p>
        </w:tc>
        <w:tc>
          <w:tcPr>
            <w:tcW w:w="4252" w:type="dxa"/>
            <w:vAlign w:val="center"/>
          </w:tcPr>
          <w:p w14:paraId="0F1B61AA" w14:textId="0E82F099" w:rsidR="00FC75D2" w:rsidRDefault="00FC75D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de novembro de 2026</w:t>
            </w:r>
          </w:p>
        </w:tc>
      </w:tr>
      <w:tr w:rsidR="00AA3D92" w:rsidRPr="00451762" w14:paraId="1ED70E59" w14:textId="77777777" w:rsidTr="0028232F">
        <w:trPr>
          <w:jc w:val="center"/>
        </w:trPr>
        <w:tc>
          <w:tcPr>
            <w:tcW w:w="4820" w:type="dxa"/>
            <w:vAlign w:val="center"/>
          </w:tcPr>
          <w:p w14:paraId="79636F37" w14:textId="00C95C82" w:rsidR="00AA3D92" w:rsidRPr="00451762" w:rsidRDefault="0009670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Segunda etapa: Avaliação da Comissão Julgadora</w:t>
            </w:r>
          </w:p>
        </w:tc>
        <w:tc>
          <w:tcPr>
            <w:tcW w:w="4252" w:type="dxa"/>
            <w:vAlign w:val="center"/>
          </w:tcPr>
          <w:p w14:paraId="76AE7BFA" w14:textId="1B1DCA18" w:rsidR="00AA3D92" w:rsidRPr="00451762" w:rsidRDefault="008060D6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 30 de novembro de 2026</w:t>
            </w:r>
          </w:p>
        </w:tc>
      </w:tr>
      <w:tr w:rsidR="00AA3D92" w:rsidRPr="00451762" w14:paraId="011B138A" w14:textId="77777777" w:rsidTr="0028232F">
        <w:trPr>
          <w:jc w:val="center"/>
        </w:trPr>
        <w:tc>
          <w:tcPr>
            <w:tcW w:w="4820" w:type="dxa"/>
            <w:vAlign w:val="center"/>
          </w:tcPr>
          <w:p w14:paraId="3B4E2ECB" w14:textId="3F012045" w:rsidR="00AA3D92" w:rsidRPr="00451762" w:rsidRDefault="004D09A7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Divulgação dos vencedores</w:t>
            </w:r>
          </w:p>
        </w:tc>
        <w:tc>
          <w:tcPr>
            <w:tcW w:w="4252" w:type="dxa"/>
            <w:vAlign w:val="center"/>
          </w:tcPr>
          <w:p w14:paraId="41660002" w14:textId="3D88E62A" w:rsidR="00AA3D92" w:rsidRPr="00451762" w:rsidRDefault="00FA5A61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de dezembro de 2026</w:t>
            </w:r>
          </w:p>
        </w:tc>
      </w:tr>
    </w:tbl>
    <w:p w14:paraId="0E28724B" w14:textId="77777777" w:rsidR="00AA3D92" w:rsidRPr="00451762" w:rsidRDefault="00276952">
      <w:pPr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br w:type="page"/>
      </w:r>
    </w:p>
    <w:p w14:paraId="40B55879" w14:textId="77777777" w:rsidR="00AA3D92" w:rsidRDefault="00276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lastRenderedPageBreak/>
        <w:t>ANEXO II – FORMULÁRIO DE INSCRIÇÃO E INDICAÇÃO</w:t>
      </w:r>
    </w:p>
    <w:p w14:paraId="332EE0AA" w14:textId="77777777" w:rsidR="00E84DC1" w:rsidRDefault="00E84D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5811"/>
      </w:tblGrid>
      <w:tr w:rsidR="00AA3D92" w:rsidRPr="00451762" w14:paraId="58222321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081000C3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Programa de Pós-Graduação</w:t>
            </w:r>
          </w:p>
        </w:tc>
        <w:tc>
          <w:tcPr>
            <w:tcW w:w="5811" w:type="dxa"/>
            <w:vAlign w:val="center"/>
          </w:tcPr>
          <w:p w14:paraId="68F9F468" w14:textId="0355F9D0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78EDAFAD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30AA91AA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Modalidade: dissertação ou tese</w:t>
            </w:r>
          </w:p>
        </w:tc>
        <w:tc>
          <w:tcPr>
            <w:tcW w:w="5811" w:type="dxa"/>
            <w:vAlign w:val="center"/>
          </w:tcPr>
          <w:p w14:paraId="1AA2F715" w14:textId="145D59E3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74795675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6D83814F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Título do trabalho</w:t>
            </w:r>
          </w:p>
        </w:tc>
        <w:tc>
          <w:tcPr>
            <w:tcW w:w="5811" w:type="dxa"/>
            <w:vAlign w:val="center"/>
          </w:tcPr>
          <w:p w14:paraId="6904B3F9" w14:textId="39112E33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6093B679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6DF6C222" w14:textId="3BF9B381" w:rsidR="00AA3D92" w:rsidRPr="00451762" w:rsidRDefault="009F3BDE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egresso</w:t>
            </w:r>
            <w:r w:rsidR="00276952"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(a)</w:t>
            </w:r>
          </w:p>
        </w:tc>
        <w:tc>
          <w:tcPr>
            <w:tcW w:w="5811" w:type="dxa"/>
            <w:vAlign w:val="center"/>
          </w:tcPr>
          <w:p w14:paraId="2E828777" w14:textId="63261F9C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38F4E438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1DCC1C6C" w14:textId="3198262B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r w:rsidR="00752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</w:t>
            </w:r>
            <w:r w:rsidR="002A23E2">
              <w:rPr>
                <w:rFonts w:ascii="Times New Roman" w:hAnsi="Times New Roman" w:cs="Times New Roman"/>
                <w:b/>
                <w:sz w:val="24"/>
                <w:szCs w:val="24"/>
              </w:rPr>
              <w:t>(a)</w:t>
            </w:r>
            <w:r w:rsidR="00752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egresso</w:t>
            </w:r>
            <w:r w:rsidR="002A23E2">
              <w:rPr>
                <w:rFonts w:ascii="Times New Roman" w:hAnsi="Times New Roman" w:cs="Times New Roman"/>
                <w:b/>
                <w:sz w:val="24"/>
                <w:szCs w:val="24"/>
              </w:rPr>
              <w:t>(a)</w:t>
            </w:r>
          </w:p>
        </w:tc>
        <w:tc>
          <w:tcPr>
            <w:tcW w:w="5811" w:type="dxa"/>
            <w:vAlign w:val="center"/>
          </w:tcPr>
          <w:p w14:paraId="3A6B1441" w14:textId="48978FA5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CA4" w:rsidRPr="00451762" w14:paraId="24154579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10B27055" w14:textId="3E0BE24B" w:rsidR="00DE3CA4" w:rsidRPr="00451762" w:rsidRDefault="00DE3CA4">
            <w:pPr>
              <w:spacing w:after="2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Contato telefônico</w:t>
            </w:r>
          </w:p>
        </w:tc>
        <w:tc>
          <w:tcPr>
            <w:tcW w:w="5811" w:type="dxa"/>
            <w:vAlign w:val="center"/>
          </w:tcPr>
          <w:p w14:paraId="288C2933" w14:textId="77777777" w:rsidR="00DE3CA4" w:rsidRPr="00451762" w:rsidRDefault="00DE3CA4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10E4CC98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25E413AF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Orientador(a)</w:t>
            </w:r>
          </w:p>
        </w:tc>
        <w:tc>
          <w:tcPr>
            <w:tcW w:w="5811" w:type="dxa"/>
            <w:vAlign w:val="center"/>
          </w:tcPr>
          <w:p w14:paraId="39D3E429" w14:textId="796E7CF6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61CA88A5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34899293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Coorientador(es/as)</w:t>
            </w:r>
          </w:p>
        </w:tc>
        <w:tc>
          <w:tcPr>
            <w:tcW w:w="5811" w:type="dxa"/>
            <w:vAlign w:val="center"/>
          </w:tcPr>
          <w:p w14:paraId="1CC8E374" w14:textId="1EBCE946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1C6ACFF1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31E901ED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Data da defesa</w:t>
            </w:r>
          </w:p>
        </w:tc>
        <w:tc>
          <w:tcPr>
            <w:tcW w:w="5811" w:type="dxa"/>
            <w:vAlign w:val="center"/>
          </w:tcPr>
          <w:p w14:paraId="52FBAEB9" w14:textId="504DD84D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744B78C6" w14:textId="77777777" w:rsidTr="002173D7">
        <w:trPr>
          <w:trHeight w:val="397"/>
          <w:jc w:val="center"/>
        </w:trPr>
        <w:tc>
          <w:tcPr>
            <w:tcW w:w="3261" w:type="dxa"/>
            <w:shd w:val="clear" w:color="auto" w:fill="F2F4F7"/>
            <w:vAlign w:val="center"/>
          </w:tcPr>
          <w:p w14:paraId="73B3AB71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Aprovação: colegiado ou ato </w:t>
            </w:r>
            <w:r w:rsidRPr="00DE3CA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ad referendum</w:t>
            </w:r>
          </w:p>
        </w:tc>
        <w:tc>
          <w:tcPr>
            <w:tcW w:w="5811" w:type="dxa"/>
            <w:vAlign w:val="center"/>
          </w:tcPr>
          <w:p w14:paraId="4EC4F082" w14:textId="42C30488" w:rsidR="00AA3D92" w:rsidRPr="00451762" w:rsidRDefault="00AA3D92" w:rsidP="002173D7">
            <w:pPr>
              <w:spacing w:after="20" w:line="25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F9B9CB" w14:textId="77777777" w:rsidR="002173D7" w:rsidRDefault="002173D7">
      <w:pPr>
        <w:rPr>
          <w:rFonts w:ascii="Times New Roman" w:hAnsi="Times New Roman" w:cs="Times New Roman"/>
          <w:b/>
          <w:sz w:val="24"/>
          <w:szCs w:val="24"/>
        </w:rPr>
      </w:pPr>
    </w:p>
    <w:p w14:paraId="54A8A3D8" w14:textId="460B34E9" w:rsidR="00AA3D92" w:rsidRPr="00451762" w:rsidRDefault="00276952">
      <w:pPr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>DOCUMENTOS ANEXADOS</w:t>
      </w:r>
    </w:p>
    <w:p w14:paraId="64A26591" w14:textId="3237938B" w:rsidR="00AA3D92" w:rsidRPr="00451762" w:rsidRDefault="002173D7">
      <w:pPr>
        <w:pStyle w:val="Commarcadore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Exemplar integral da versão final</w:t>
      </w:r>
      <w:r w:rsidR="00B2562A">
        <w:rPr>
          <w:rFonts w:ascii="Times New Roman" w:hAnsi="Times New Roman" w:cs="Times New Roman"/>
          <w:sz w:val="24"/>
          <w:szCs w:val="24"/>
        </w:rPr>
        <w:t xml:space="preserve"> do trabalho</w:t>
      </w:r>
      <w:r>
        <w:rPr>
          <w:rFonts w:ascii="Times New Roman" w:hAnsi="Times New Roman" w:cs="Times New Roman"/>
          <w:sz w:val="24"/>
          <w:szCs w:val="24"/>
        </w:rPr>
        <w:t xml:space="preserve">, em </w:t>
      </w:r>
      <w:r w:rsidR="005C7FFA">
        <w:rPr>
          <w:rFonts w:ascii="Times New Roman" w:hAnsi="Times New Roman" w:cs="Times New Roman"/>
          <w:sz w:val="24"/>
          <w:szCs w:val="24"/>
        </w:rPr>
        <w:t>PDF</w:t>
      </w:r>
      <w:r w:rsidR="000C2C4E">
        <w:rPr>
          <w:rFonts w:ascii="Times New Roman" w:hAnsi="Times New Roman" w:cs="Times New Roman"/>
          <w:sz w:val="24"/>
          <w:szCs w:val="24"/>
        </w:rPr>
        <w:t>;</w:t>
      </w:r>
    </w:p>
    <w:p w14:paraId="570E9706" w14:textId="1EE6A262" w:rsidR="00B43E41" w:rsidRDefault="00B43E41">
      <w:pPr>
        <w:pStyle w:val="Commarcadores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 xml:space="preserve">Ata </w:t>
      </w:r>
      <w:r w:rsidR="006559CD">
        <w:rPr>
          <w:rFonts w:ascii="Times New Roman" w:hAnsi="Times New Roman" w:cs="Times New Roman"/>
          <w:sz w:val="24"/>
          <w:szCs w:val="24"/>
        </w:rPr>
        <w:t>do</w:t>
      </w:r>
      <w:r w:rsidRPr="00451762">
        <w:rPr>
          <w:rFonts w:ascii="Times New Roman" w:hAnsi="Times New Roman" w:cs="Times New Roman"/>
          <w:sz w:val="24"/>
          <w:szCs w:val="24"/>
        </w:rPr>
        <w:t xml:space="preserve"> colegiado</w:t>
      </w:r>
      <w:r w:rsidR="007E13AA">
        <w:rPr>
          <w:rFonts w:ascii="Times New Roman" w:hAnsi="Times New Roman" w:cs="Times New Roman"/>
          <w:sz w:val="24"/>
          <w:szCs w:val="24"/>
        </w:rPr>
        <w:t xml:space="preserve"> </w:t>
      </w:r>
      <w:r w:rsidR="007E13AA" w:rsidRPr="00472681">
        <w:rPr>
          <w:rFonts w:ascii="Times New Roman" w:hAnsi="Times New Roman" w:cs="Times New Roman"/>
          <w:sz w:val="24"/>
          <w:szCs w:val="24"/>
        </w:rPr>
        <w:t xml:space="preserve">ou ato </w:t>
      </w:r>
      <w:r w:rsidR="007E13AA" w:rsidRPr="00933819">
        <w:rPr>
          <w:rFonts w:ascii="Times New Roman" w:hAnsi="Times New Roman" w:cs="Times New Roman"/>
          <w:i/>
          <w:iCs/>
          <w:sz w:val="24"/>
          <w:szCs w:val="24"/>
        </w:rPr>
        <w:t>ad referendum</w:t>
      </w:r>
      <w:r w:rsidR="007E13AA" w:rsidRPr="00472681">
        <w:rPr>
          <w:rFonts w:ascii="Times New Roman" w:hAnsi="Times New Roman" w:cs="Times New Roman"/>
          <w:sz w:val="24"/>
          <w:szCs w:val="24"/>
        </w:rPr>
        <w:t xml:space="preserve"> da Coordenação</w:t>
      </w:r>
      <w:r w:rsidRPr="00451762">
        <w:rPr>
          <w:rFonts w:ascii="Times New Roman" w:hAnsi="Times New Roman" w:cs="Times New Roman"/>
          <w:sz w:val="24"/>
          <w:szCs w:val="24"/>
        </w:rPr>
        <w:t xml:space="preserve"> que aprove a indicação</w:t>
      </w:r>
      <w:r w:rsidR="000C2C4E">
        <w:rPr>
          <w:rFonts w:ascii="Times New Roman" w:hAnsi="Times New Roman" w:cs="Times New Roman"/>
          <w:sz w:val="24"/>
          <w:szCs w:val="24"/>
        </w:rPr>
        <w:t>;</w:t>
      </w:r>
      <w:r w:rsidR="007E13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C993A" w14:textId="6D968FD1" w:rsidR="00AA3D92" w:rsidRPr="00451762" w:rsidRDefault="00B43E41">
      <w:pPr>
        <w:pStyle w:val="Commarcadores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>Declaração de concordância, conforme o Anexo III</w:t>
      </w:r>
    </w:p>
    <w:p w14:paraId="443F0B61" w14:textId="1578389D" w:rsidR="00AA3D92" w:rsidRPr="00451762" w:rsidRDefault="00B43E41">
      <w:pPr>
        <w:pStyle w:val="Commarcadores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>Relação e comprovação dos produtos decorrentes, quando houver</w:t>
      </w:r>
    </w:p>
    <w:p w14:paraId="41A462C0" w14:textId="125D5199" w:rsidR="00AA3D92" w:rsidRDefault="00AA3D92" w:rsidP="00B43E41">
      <w:pPr>
        <w:pStyle w:val="Commarcadore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5A6D49C6" w14:textId="1BC67D9A" w:rsidR="00AA3D92" w:rsidRDefault="00472681">
      <w:pPr>
        <w:rPr>
          <w:rFonts w:ascii="Times New Roman" w:hAnsi="Times New Roman" w:cs="Times New Roman"/>
          <w:sz w:val="24"/>
          <w:szCs w:val="24"/>
        </w:rPr>
      </w:pPr>
      <w:r w:rsidRPr="00472681">
        <w:rPr>
          <w:rFonts w:ascii="Times New Roman" w:hAnsi="Times New Roman" w:cs="Times New Roman"/>
          <w:sz w:val="24"/>
          <w:szCs w:val="24"/>
        </w:rPr>
        <w:t xml:space="preserve">Declaro que o trabalho foi selecionado e indicado pelo Programa de Pós-Graduação, mediante aprovação do colegiado ou ato </w:t>
      </w:r>
      <w:r w:rsidRPr="00933819">
        <w:rPr>
          <w:rFonts w:ascii="Times New Roman" w:hAnsi="Times New Roman" w:cs="Times New Roman"/>
          <w:i/>
          <w:iCs/>
          <w:sz w:val="24"/>
          <w:szCs w:val="24"/>
        </w:rPr>
        <w:t>ad referendum</w:t>
      </w:r>
      <w:r w:rsidRPr="00472681">
        <w:rPr>
          <w:rFonts w:ascii="Times New Roman" w:hAnsi="Times New Roman" w:cs="Times New Roman"/>
          <w:sz w:val="24"/>
          <w:szCs w:val="24"/>
        </w:rPr>
        <w:t xml:space="preserve"> da Coordenação, conforme assinalado neste formulário, em conformidade com o Edital, e que as informações e os documentos apresentados são autênticos.</w:t>
      </w:r>
    </w:p>
    <w:p w14:paraId="6B10FEE3" w14:textId="77777777" w:rsidR="00B43E41" w:rsidRDefault="00B43E41">
      <w:pPr>
        <w:rPr>
          <w:rFonts w:ascii="Times New Roman" w:hAnsi="Times New Roman" w:cs="Times New Roman"/>
          <w:sz w:val="24"/>
          <w:szCs w:val="24"/>
        </w:rPr>
      </w:pPr>
    </w:p>
    <w:p w14:paraId="66B11F12" w14:textId="77777777" w:rsidR="00743352" w:rsidRDefault="00743352">
      <w:pPr>
        <w:rPr>
          <w:rFonts w:ascii="Times New Roman" w:hAnsi="Times New Roman" w:cs="Times New Roman"/>
          <w:sz w:val="24"/>
          <w:szCs w:val="24"/>
        </w:rPr>
      </w:pPr>
    </w:p>
    <w:p w14:paraId="203BA0D6" w14:textId="77777777" w:rsidR="00DC4002" w:rsidRDefault="00DC4002">
      <w:pPr>
        <w:rPr>
          <w:rFonts w:ascii="Times New Roman" w:hAnsi="Times New Roman" w:cs="Times New Roman"/>
          <w:sz w:val="24"/>
          <w:szCs w:val="24"/>
        </w:rPr>
      </w:pPr>
    </w:p>
    <w:p w14:paraId="40B15621" w14:textId="77777777" w:rsidR="00DC4002" w:rsidRDefault="00276952" w:rsidP="00DC4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>_____________________</w:t>
      </w:r>
      <w:r w:rsidR="00DC4002">
        <w:rPr>
          <w:rFonts w:ascii="Times New Roman" w:hAnsi="Times New Roman" w:cs="Times New Roman"/>
          <w:sz w:val="24"/>
          <w:szCs w:val="24"/>
        </w:rPr>
        <w:t>__</w:t>
      </w:r>
      <w:r w:rsidRPr="00451762">
        <w:rPr>
          <w:rFonts w:ascii="Times New Roman" w:hAnsi="Times New Roman" w:cs="Times New Roman"/>
          <w:sz w:val="24"/>
          <w:szCs w:val="24"/>
        </w:rPr>
        <w:t>___________________</w:t>
      </w:r>
      <w:r w:rsidRPr="00451762">
        <w:rPr>
          <w:rFonts w:ascii="Times New Roman" w:hAnsi="Times New Roman" w:cs="Times New Roman"/>
          <w:sz w:val="24"/>
          <w:szCs w:val="24"/>
        </w:rPr>
        <w:br/>
        <w:t>Coordenação do PPG</w:t>
      </w:r>
    </w:p>
    <w:p w14:paraId="2DB40B98" w14:textId="75520944" w:rsidR="00AA3D92" w:rsidRDefault="00DC4002" w:rsidP="00DC4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76952" w:rsidRPr="00451762">
        <w:rPr>
          <w:rFonts w:ascii="Times New Roman" w:hAnsi="Times New Roman" w:cs="Times New Roman"/>
          <w:sz w:val="24"/>
          <w:szCs w:val="24"/>
        </w:rPr>
        <w:t>ssinatura eletrônica</w:t>
      </w:r>
    </w:p>
    <w:p w14:paraId="31D09561" w14:textId="77777777" w:rsidR="00DC4002" w:rsidRPr="00451762" w:rsidRDefault="00DC4002" w:rsidP="00DC4002">
      <w:pPr>
        <w:spacing w:before="400"/>
        <w:rPr>
          <w:rFonts w:ascii="Times New Roman" w:hAnsi="Times New Roman" w:cs="Times New Roman"/>
          <w:sz w:val="24"/>
          <w:szCs w:val="24"/>
        </w:rPr>
      </w:pPr>
    </w:p>
    <w:p w14:paraId="6F2D97D0" w14:textId="673A59E1" w:rsidR="00AA3D92" w:rsidRPr="00451762" w:rsidRDefault="00AA3D92">
      <w:pPr>
        <w:rPr>
          <w:rFonts w:ascii="Times New Roman" w:hAnsi="Times New Roman" w:cs="Times New Roman"/>
          <w:sz w:val="24"/>
          <w:szCs w:val="24"/>
        </w:rPr>
      </w:pPr>
    </w:p>
    <w:p w14:paraId="710394CA" w14:textId="77777777" w:rsidR="00DC4002" w:rsidRDefault="00DC4002">
      <w:pPr>
        <w:spacing w:after="200"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325FF59" w14:textId="44970765" w:rsidR="00AA3D92" w:rsidRPr="00451762" w:rsidRDefault="00276952">
      <w:pPr>
        <w:jc w:val="center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lastRenderedPageBreak/>
        <w:t>ANEXO III – DECLARAÇÃO DE CONCORDÂNCIA E AUTORIZAÇÃO</w:t>
      </w:r>
    </w:p>
    <w:p w14:paraId="1EA197AD" w14:textId="77777777" w:rsidR="003317E5" w:rsidRDefault="003317E5">
      <w:pPr>
        <w:rPr>
          <w:rFonts w:ascii="Times New Roman" w:hAnsi="Times New Roman" w:cs="Times New Roman"/>
          <w:sz w:val="24"/>
          <w:szCs w:val="24"/>
        </w:rPr>
      </w:pPr>
    </w:p>
    <w:p w14:paraId="23C1CBAE" w14:textId="4A1483F2" w:rsidR="00AA3D92" w:rsidRPr="00451762" w:rsidRDefault="00276952">
      <w:pPr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 xml:space="preserve">Eu, ________________________________________, CPF nº ____________________, autor(a) da </w:t>
      </w:r>
      <w:r w:rsidR="00B3255F">
        <w:rPr>
          <w:rFonts w:ascii="Times New Roman" w:hAnsi="Times New Roman" w:cs="Times New Roman"/>
          <w:sz w:val="24"/>
          <w:szCs w:val="24"/>
        </w:rPr>
        <w:t>(</w:t>
      </w:r>
      <w:r w:rsidRPr="00451762">
        <w:rPr>
          <w:rFonts w:ascii="Times New Roman" w:hAnsi="Times New Roman" w:cs="Times New Roman"/>
          <w:sz w:val="24"/>
          <w:szCs w:val="24"/>
        </w:rPr>
        <w:t>dissertação/tese</w:t>
      </w:r>
      <w:r w:rsidR="00B3255F">
        <w:rPr>
          <w:rFonts w:ascii="Times New Roman" w:hAnsi="Times New Roman" w:cs="Times New Roman"/>
          <w:sz w:val="24"/>
          <w:szCs w:val="24"/>
        </w:rPr>
        <w:t>)</w:t>
      </w:r>
      <w:r w:rsidRPr="00451762">
        <w:rPr>
          <w:rFonts w:ascii="Times New Roman" w:hAnsi="Times New Roman" w:cs="Times New Roman"/>
          <w:sz w:val="24"/>
          <w:szCs w:val="24"/>
        </w:rPr>
        <w:t xml:space="preserve"> intitulada ____________________________________________________________, defendida no </w:t>
      </w:r>
      <w:r w:rsidR="003317E5">
        <w:rPr>
          <w:rFonts w:ascii="Times New Roman" w:hAnsi="Times New Roman" w:cs="Times New Roman"/>
          <w:sz w:val="24"/>
          <w:szCs w:val="24"/>
        </w:rPr>
        <w:t>Programa de Pós-Graduação</w:t>
      </w:r>
      <w:r w:rsidRPr="00451762">
        <w:rPr>
          <w:rFonts w:ascii="Times New Roman" w:hAnsi="Times New Roman" w:cs="Times New Roman"/>
          <w:sz w:val="24"/>
          <w:szCs w:val="24"/>
        </w:rPr>
        <w:t xml:space="preserve"> ________________________________________, declaro que:</w:t>
      </w:r>
    </w:p>
    <w:p w14:paraId="5CAF9D96" w14:textId="50AEA63D" w:rsidR="00AA3D92" w:rsidRPr="00451762" w:rsidRDefault="00276952">
      <w:pPr>
        <w:spacing w:after="40"/>
        <w:ind w:left="397" w:hanging="397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 xml:space="preserve">I – </w:t>
      </w:r>
      <w:r w:rsidR="00D87E82" w:rsidRPr="00451762">
        <w:rPr>
          <w:rFonts w:ascii="Times New Roman" w:hAnsi="Times New Roman" w:cs="Times New Roman"/>
          <w:sz w:val="24"/>
          <w:szCs w:val="24"/>
        </w:rPr>
        <w:t>Concordo</w:t>
      </w:r>
      <w:r w:rsidRPr="00451762">
        <w:rPr>
          <w:rFonts w:ascii="Times New Roman" w:hAnsi="Times New Roman" w:cs="Times New Roman"/>
          <w:sz w:val="24"/>
          <w:szCs w:val="24"/>
        </w:rPr>
        <w:t xml:space="preserve"> com a inscrição e eventual premiação do trabalho;</w:t>
      </w:r>
    </w:p>
    <w:p w14:paraId="583D795A" w14:textId="5A8620FF" w:rsidR="00AA3D92" w:rsidRPr="00451762" w:rsidRDefault="00276952">
      <w:pPr>
        <w:spacing w:after="40"/>
        <w:ind w:left="397" w:hanging="397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 xml:space="preserve">II – </w:t>
      </w:r>
      <w:r w:rsidR="00D87E82">
        <w:rPr>
          <w:rFonts w:ascii="Times New Roman" w:hAnsi="Times New Roman" w:cs="Times New Roman"/>
          <w:sz w:val="24"/>
          <w:szCs w:val="24"/>
        </w:rPr>
        <w:t>A</w:t>
      </w:r>
      <w:r w:rsidRPr="00451762">
        <w:rPr>
          <w:rFonts w:ascii="Times New Roman" w:hAnsi="Times New Roman" w:cs="Times New Roman"/>
          <w:sz w:val="24"/>
          <w:szCs w:val="24"/>
        </w:rPr>
        <w:t>s informações e documentos são verdadeiros;</w:t>
      </w:r>
    </w:p>
    <w:p w14:paraId="4965672F" w14:textId="0CA16B7A" w:rsidR="00AA3D92" w:rsidRPr="00451762" w:rsidRDefault="00276952">
      <w:pPr>
        <w:spacing w:after="40"/>
        <w:ind w:left="397" w:hanging="397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 xml:space="preserve">III – </w:t>
      </w:r>
      <w:r w:rsidR="00D87E82">
        <w:rPr>
          <w:rFonts w:ascii="Times New Roman" w:hAnsi="Times New Roman" w:cs="Times New Roman"/>
          <w:sz w:val="24"/>
          <w:szCs w:val="24"/>
        </w:rPr>
        <w:t>O</w:t>
      </w:r>
      <w:r w:rsidRPr="00451762">
        <w:rPr>
          <w:rFonts w:ascii="Times New Roman" w:hAnsi="Times New Roman" w:cs="Times New Roman"/>
          <w:sz w:val="24"/>
          <w:szCs w:val="24"/>
        </w:rPr>
        <w:t xml:space="preserve"> trabalho observa as normas de integridade científica, ética, direitos autorais e propriedade intelectual;</w:t>
      </w:r>
    </w:p>
    <w:p w14:paraId="523448B8" w14:textId="7853EDD5" w:rsidR="00AA3D92" w:rsidRPr="00451762" w:rsidRDefault="00276952">
      <w:pPr>
        <w:spacing w:after="40"/>
        <w:ind w:left="397" w:hanging="397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 xml:space="preserve">IV – </w:t>
      </w:r>
      <w:r w:rsidR="00D87E82">
        <w:rPr>
          <w:rFonts w:ascii="Times New Roman" w:hAnsi="Times New Roman" w:cs="Times New Roman"/>
          <w:sz w:val="24"/>
          <w:szCs w:val="24"/>
        </w:rPr>
        <w:t>A</w:t>
      </w:r>
      <w:r w:rsidRPr="00451762">
        <w:rPr>
          <w:rFonts w:ascii="Times New Roman" w:hAnsi="Times New Roman" w:cs="Times New Roman"/>
          <w:sz w:val="24"/>
          <w:szCs w:val="24"/>
        </w:rPr>
        <w:t>utorizo a divulgação institucional das informações previstas no Edital;</w:t>
      </w:r>
    </w:p>
    <w:p w14:paraId="3AD6A218" w14:textId="39D1EE26" w:rsidR="00AA3D92" w:rsidRPr="00451762" w:rsidRDefault="00276952">
      <w:pPr>
        <w:spacing w:after="40"/>
        <w:ind w:left="397" w:hanging="397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 xml:space="preserve">V – </w:t>
      </w:r>
      <w:r w:rsidR="00B3255F">
        <w:rPr>
          <w:rFonts w:ascii="Times New Roman" w:hAnsi="Times New Roman" w:cs="Times New Roman"/>
          <w:sz w:val="24"/>
          <w:szCs w:val="24"/>
        </w:rPr>
        <w:t>I</w:t>
      </w:r>
      <w:r w:rsidRPr="00451762">
        <w:rPr>
          <w:rFonts w:ascii="Times New Roman" w:hAnsi="Times New Roman" w:cs="Times New Roman"/>
          <w:sz w:val="24"/>
          <w:szCs w:val="24"/>
        </w:rPr>
        <w:t>nformarei eventual embargo, sigilo ou restrição aplicável.</w:t>
      </w:r>
    </w:p>
    <w:p w14:paraId="26E85EC9" w14:textId="77777777" w:rsidR="00B3255F" w:rsidRDefault="00B3255F">
      <w:pPr>
        <w:spacing w:before="400"/>
        <w:jc w:val="center"/>
        <w:rPr>
          <w:rFonts w:ascii="Times New Roman" w:hAnsi="Times New Roman" w:cs="Times New Roman"/>
          <w:sz w:val="24"/>
          <w:szCs w:val="24"/>
        </w:rPr>
      </w:pPr>
    </w:p>
    <w:p w14:paraId="156EFB3C" w14:textId="77777777" w:rsidR="00B3255F" w:rsidRDefault="00B3255F">
      <w:pPr>
        <w:spacing w:before="400"/>
        <w:jc w:val="center"/>
        <w:rPr>
          <w:rFonts w:ascii="Times New Roman" w:hAnsi="Times New Roman" w:cs="Times New Roman"/>
          <w:sz w:val="24"/>
          <w:szCs w:val="24"/>
        </w:rPr>
      </w:pPr>
    </w:p>
    <w:p w14:paraId="308507AF" w14:textId="77777777" w:rsidR="00B3255F" w:rsidRDefault="00276952" w:rsidP="00B32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451762">
        <w:rPr>
          <w:rFonts w:ascii="Times New Roman" w:hAnsi="Times New Roman" w:cs="Times New Roman"/>
          <w:sz w:val="24"/>
          <w:szCs w:val="24"/>
        </w:rPr>
        <w:br/>
        <w:t>Autor(a)</w:t>
      </w:r>
    </w:p>
    <w:p w14:paraId="57155818" w14:textId="4A6DF4D2" w:rsidR="00AA3D92" w:rsidRDefault="00B3255F" w:rsidP="00B32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76952" w:rsidRPr="00451762">
        <w:rPr>
          <w:rFonts w:ascii="Times New Roman" w:hAnsi="Times New Roman" w:cs="Times New Roman"/>
          <w:sz w:val="24"/>
          <w:szCs w:val="24"/>
        </w:rPr>
        <w:t>ssinatura eletrônica</w:t>
      </w:r>
    </w:p>
    <w:p w14:paraId="57D5DB4A" w14:textId="77777777" w:rsidR="00B3255F" w:rsidRDefault="00B3255F">
      <w:pPr>
        <w:spacing w:before="400"/>
        <w:jc w:val="center"/>
        <w:rPr>
          <w:rFonts w:ascii="Times New Roman" w:hAnsi="Times New Roman" w:cs="Times New Roman"/>
          <w:sz w:val="24"/>
          <w:szCs w:val="24"/>
        </w:rPr>
      </w:pPr>
    </w:p>
    <w:p w14:paraId="4306805B" w14:textId="77777777" w:rsidR="00B3255F" w:rsidRPr="00451762" w:rsidRDefault="00B3255F">
      <w:pPr>
        <w:spacing w:before="400"/>
        <w:jc w:val="center"/>
        <w:rPr>
          <w:rFonts w:ascii="Times New Roman" w:hAnsi="Times New Roman" w:cs="Times New Roman"/>
          <w:sz w:val="24"/>
          <w:szCs w:val="24"/>
        </w:rPr>
      </w:pPr>
    </w:p>
    <w:p w14:paraId="7A68D48F" w14:textId="77777777" w:rsidR="00B3255F" w:rsidRDefault="00276952" w:rsidP="00B32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451762">
        <w:rPr>
          <w:rFonts w:ascii="Times New Roman" w:hAnsi="Times New Roman" w:cs="Times New Roman"/>
          <w:sz w:val="24"/>
          <w:szCs w:val="24"/>
        </w:rPr>
        <w:br/>
        <w:t>Orientador(a)</w:t>
      </w:r>
    </w:p>
    <w:p w14:paraId="68E187B4" w14:textId="3C76B08D" w:rsidR="00AA3D92" w:rsidRPr="00451762" w:rsidRDefault="00B3255F" w:rsidP="00B325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76952" w:rsidRPr="00451762">
        <w:rPr>
          <w:rFonts w:ascii="Times New Roman" w:hAnsi="Times New Roman" w:cs="Times New Roman"/>
          <w:sz w:val="24"/>
          <w:szCs w:val="24"/>
        </w:rPr>
        <w:t>ssinatura eletrônica</w:t>
      </w:r>
    </w:p>
    <w:p w14:paraId="2F1FEF51" w14:textId="77777777" w:rsidR="00AA3D92" w:rsidRPr="00451762" w:rsidRDefault="00276952">
      <w:pPr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br w:type="page"/>
      </w:r>
    </w:p>
    <w:p w14:paraId="772CB19E" w14:textId="77777777" w:rsidR="00AA3D92" w:rsidRDefault="00276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lastRenderedPageBreak/>
        <w:t>ANEXO IV – FICHA INDIVIDUAL DE AVALIAÇÃO</w:t>
      </w:r>
    </w:p>
    <w:p w14:paraId="317C2994" w14:textId="77777777" w:rsidR="006E4D74" w:rsidRPr="00451762" w:rsidRDefault="006E4D7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129" w:type="dxa"/>
        <w:jc w:val="center"/>
        <w:tblLayout w:type="fixed"/>
        <w:tblLook w:val="04A0" w:firstRow="1" w:lastRow="0" w:firstColumn="1" w:lastColumn="0" w:noHBand="0" w:noVBand="1"/>
      </w:tblPr>
      <w:tblGrid>
        <w:gridCol w:w="3148"/>
        <w:gridCol w:w="1417"/>
        <w:gridCol w:w="1303"/>
        <w:gridCol w:w="3261"/>
      </w:tblGrid>
      <w:tr w:rsidR="00AA3D92" w:rsidRPr="00451762" w14:paraId="3FE529DE" w14:textId="77777777" w:rsidTr="00A00B90">
        <w:trPr>
          <w:trHeight w:val="397"/>
          <w:jc w:val="center"/>
        </w:trPr>
        <w:tc>
          <w:tcPr>
            <w:tcW w:w="3148" w:type="dxa"/>
            <w:vAlign w:val="center"/>
          </w:tcPr>
          <w:p w14:paraId="08A6E746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Título do trabalho</w:t>
            </w:r>
          </w:p>
        </w:tc>
        <w:tc>
          <w:tcPr>
            <w:tcW w:w="5981" w:type="dxa"/>
            <w:gridSpan w:val="3"/>
            <w:vAlign w:val="center"/>
          </w:tcPr>
          <w:p w14:paraId="06031910" w14:textId="1A668C44" w:rsidR="00AA3D92" w:rsidRPr="00451762" w:rsidRDefault="00AA3D9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7E387714" w14:textId="77777777" w:rsidTr="00A00B90">
        <w:trPr>
          <w:trHeight w:val="397"/>
          <w:jc w:val="center"/>
        </w:trPr>
        <w:tc>
          <w:tcPr>
            <w:tcW w:w="3148" w:type="dxa"/>
            <w:vAlign w:val="center"/>
          </w:tcPr>
          <w:p w14:paraId="5584062F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Modalidade</w:t>
            </w:r>
          </w:p>
        </w:tc>
        <w:tc>
          <w:tcPr>
            <w:tcW w:w="5981" w:type="dxa"/>
            <w:gridSpan w:val="3"/>
            <w:vAlign w:val="center"/>
          </w:tcPr>
          <w:p w14:paraId="44EE1F6D" w14:textId="6B1FDD66" w:rsidR="00AA3D92" w:rsidRPr="00451762" w:rsidRDefault="00AA3D9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457A645C" w14:textId="77777777" w:rsidTr="00A00B90">
        <w:trPr>
          <w:trHeight w:val="397"/>
          <w:jc w:val="center"/>
        </w:trPr>
        <w:tc>
          <w:tcPr>
            <w:tcW w:w="3148" w:type="dxa"/>
            <w:vAlign w:val="center"/>
          </w:tcPr>
          <w:p w14:paraId="573D3C57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Colégio de Áreas da CAPES</w:t>
            </w:r>
          </w:p>
        </w:tc>
        <w:tc>
          <w:tcPr>
            <w:tcW w:w="5981" w:type="dxa"/>
            <w:gridSpan w:val="3"/>
            <w:vAlign w:val="center"/>
          </w:tcPr>
          <w:p w14:paraId="6340BC08" w14:textId="407D83F2" w:rsidR="00AA3D92" w:rsidRPr="00451762" w:rsidRDefault="00AA3D9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5F87BEC2" w14:textId="77777777" w:rsidTr="00A00B90">
        <w:trPr>
          <w:trHeight w:val="397"/>
          <w:jc w:val="center"/>
        </w:trPr>
        <w:tc>
          <w:tcPr>
            <w:tcW w:w="3148" w:type="dxa"/>
            <w:vAlign w:val="center"/>
          </w:tcPr>
          <w:p w14:paraId="0368F504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Avaliador(a)</w:t>
            </w:r>
          </w:p>
        </w:tc>
        <w:tc>
          <w:tcPr>
            <w:tcW w:w="5981" w:type="dxa"/>
            <w:gridSpan w:val="3"/>
            <w:vAlign w:val="center"/>
          </w:tcPr>
          <w:p w14:paraId="6C8C5AE4" w14:textId="2A3BB85A" w:rsidR="00AA3D92" w:rsidRPr="00451762" w:rsidRDefault="00AA3D9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92" w:rsidRPr="00451762" w14:paraId="79B18A5B" w14:textId="77777777" w:rsidTr="00A00B90">
        <w:trPr>
          <w:jc w:val="center"/>
        </w:trPr>
        <w:tc>
          <w:tcPr>
            <w:tcW w:w="3148" w:type="dxa"/>
            <w:vAlign w:val="center"/>
          </w:tcPr>
          <w:p w14:paraId="75AE01E6" w14:textId="77777777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Critério</w:t>
            </w:r>
          </w:p>
        </w:tc>
        <w:tc>
          <w:tcPr>
            <w:tcW w:w="1417" w:type="dxa"/>
            <w:vAlign w:val="center"/>
          </w:tcPr>
          <w:p w14:paraId="2F8BC433" w14:textId="7EE4A5C4" w:rsidR="00AA3D92" w:rsidRPr="000754A8" w:rsidRDefault="000754A8" w:rsidP="000754A8">
            <w:pPr>
              <w:spacing w:after="2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Pontuação </w:t>
            </w:r>
            <w:r w:rsidR="00276952"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Máxim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303" w:type="dxa"/>
            <w:vAlign w:val="center"/>
          </w:tcPr>
          <w:p w14:paraId="1FF2A4E2" w14:textId="5A108768" w:rsidR="00AA3D92" w:rsidRPr="00451762" w:rsidRDefault="00D94533" w:rsidP="000754A8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  <w:r w:rsidR="00191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atribuída</w:t>
            </w:r>
          </w:p>
        </w:tc>
        <w:tc>
          <w:tcPr>
            <w:tcW w:w="3261" w:type="dxa"/>
            <w:vAlign w:val="center"/>
          </w:tcPr>
          <w:p w14:paraId="3AAC2919" w14:textId="2E3B26E5" w:rsidR="00AA3D92" w:rsidRPr="00451762" w:rsidRDefault="00276952" w:rsidP="000754A8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b/>
                <w:sz w:val="24"/>
                <w:szCs w:val="24"/>
              </w:rPr>
              <w:t>Justificativa</w:t>
            </w:r>
            <w:r w:rsidR="000C1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10E8B">
              <w:rPr>
                <w:rFonts w:ascii="Times New Roman" w:hAnsi="Times New Roman" w:cs="Times New Roman"/>
                <w:b/>
                <w:sz w:val="24"/>
                <w:szCs w:val="24"/>
              </w:rPr>
              <w:t>Opcional)</w:t>
            </w:r>
          </w:p>
        </w:tc>
      </w:tr>
      <w:tr w:rsidR="006E6B95" w:rsidRPr="00451762" w14:paraId="53E3FAB3" w14:textId="77777777" w:rsidTr="00D94533">
        <w:trPr>
          <w:trHeight w:val="531"/>
          <w:jc w:val="center"/>
        </w:trPr>
        <w:tc>
          <w:tcPr>
            <w:tcW w:w="3148" w:type="dxa"/>
            <w:vAlign w:val="center"/>
          </w:tcPr>
          <w:p w14:paraId="2B15C2F1" w14:textId="67A3B959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Originalidade e contribuição</w:t>
            </w:r>
          </w:p>
        </w:tc>
        <w:tc>
          <w:tcPr>
            <w:tcW w:w="1417" w:type="dxa"/>
            <w:vAlign w:val="center"/>
          </w:tcPr>
          <w:p w14:paraId="7CE45104" w14:textId="4B3C5CBC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03" w:type="dxa"/>
            <w:vAlign w:val="center"/>
          </w:tcPr>
          <w:p w14:paraId="5E0512DE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03B1B7C7" w14:textId="2EF32174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95" w:rsidRPr="00451762" w14:paraId="1A8C2C1D" w14:textId="77777777" w:rsidTr="00D94533">
        <w:trPr>
          <w:jc w:val="center"/>
        </w:trPr>
        <w:tc>
          <w:tcPr>
            <w:tcW w:w="3148" w:type="dxa"/>
            <w:vAlign w:val="center"/>
          </w:tcPr>
          <w:p w14:paraId="6C1581B6" w14:textId="0F0A8000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Relevância científica e acadêmica</w:t>
            </w:r>
          </w:p>
        </w:tc>
        <w:tc>
          <w:tcPr>
            <w:tcW w:w="1417" w:type="dxa"/>
            <w:vAlign w:val="center"/>
          </w:tcPr>
          <w:p w14:paraId="101E1769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03" w:type="dxa"/>
            <w:vAlign w:val="center"/>
          </w:tcPr>
          <w:p w14:paraId="6D74C705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4040DA4" w14:textId="40573383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95" w:rsidRPr="00451762" w14:paraId="2367F6F5" w14:textId="77777777" w:rsidTr="00D94533">
        <w:trPr>
          <w:jc w:val="center"/>
        </w:trPr>
        <w:tc>
          <w:tcPr>
            <w:tcW w:w="3148" w:type="dxa"/>
            <w:vAlign w:val="center"/>
          </w:tcPr>
          <w:p w14:paraId="0E851EB8" w14:textId="20DD2C5C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Impacto social e aderência regional</w:t>
            </w:r>
          </w:p>
        </w:tc>
        <w:tc>
          <w:tcPr>
            <w:tcW w:w="1417" w:type="dxa"/>
            <w:vAlign w:val="center"/>
          </w:tcPr>
          <w:p w14:paraId="23F82594" w14:textId="56EEC7A4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3" w:type="dxa"/>
            <w:vAlign w:val="center"/>
          </w:tcPr>
          <w:p w14:paraId="01C6631B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2D4A919" w14:textId="6C5FF04B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95" w:rsidRPr="00451762" w14:paraId="2B451037" w14:textId="77777777" w:rsidTr="00D94533">
        <w:trPr>
          <w:jc w:val="center"/>
        </w:trPr>
        <w:tc>
          <w:tcPr>
            <w:tcW w:w="3148" w:type="dxa"/>
            <w:vAlign w:val="center"/>
          </w:tcPr>
          <w:p w14:paraId="6679DB6F" w14:textId="5FFB8D47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Rigor metodológico</w:t>
            </w:r>
          </w:p>
        </w:tc>
        <w:tc>
          <w:tcPr>
            <w:tcW w:w="1417" w:type="dxa"/>
            <w:vAlign w:val="center"/>
          </w:tcPr>
          <w:p w14:paraId="6BE427A2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3" w:type="dxa"/>
            <w:vAlign w:val="center"/>
          </w:tcPr>
          <w:p w14:paraId="2AD16ACA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EFA8174" w14:textId="379266EE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95" w:rsidRPr="00451762" w14:paraId="498CB532" w14:textId="77777777" w:rsidTr="00D94533">
        <w:trPr>
          <w:jc w:val="center"/>
        </w:trPr>
        <w:tc>
          <w:tcPr>
            <w:tcW w:w="3148" w:type="dxa"/>
            <w:vAlign w:val="center"/>
          </w:tcPr>
          <w:p w14:paraId="138BD5FD" w14:textId="5067BE0D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Qualidade do texto</w:t>
            </w:r>
          </w:p>
        </w:tc>
        <w:tc>
          <w:tcPr>
            <w:tcW w:w="1417" w:type="dxa"/>
            <w:vAlign w:val="center"/>
          </w:tcPr>
          <w:p w14:paraId="769D13BD" w14:textId="548D839D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3" w:type="dxa"/>
            <w:vAlign w:val="center"/>
          </w:tcPr>
          <w:p w14:paraId="030B28C8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E284284" w14:textId="068391B4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95" w:rsidRPr="00451762" w14:paraId="78382380" w14:textId="77777777" w:rsidTr="00D94533">
        <w:trPr>
          <w:jc w:val="center"/>
        </w:trPr>
        <w:tc>
          <w:tcPr>
            <w:tcW w:w="3148" w:type="dxa"/>
            <w:vAlign w:val="center"/>
          </w:tcPr>
          <w:p w14:paraId="36101795" w14:textId="36F2C9B9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Produtos e desdobramentos</w:t>
            </w:r>
          </w:p>
        </w:tc>
        <w:tc>
          <w:tcPr>
            <w:tcW w:w="1417" w:type="dxa"/>
            <w:vAlign w:val="center"/>
          </w:tcPr>
          <w:p w14:paraId="22656F7F" w14:textId="4DEE69F5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3" w:type="dxa"/>
            <w:vAlign w:val="center"/>
          </w:tcPr>
          <w:p w14:paraId="28730FBD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612F8CC4" w14:textId="007966AF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95" w:rsidRPr="00451762" w14:paraId="099A4556" w14:textId="77777777" w:rsidTr="00D94533">
        <w:trPr>
          <w:jc w:val="center"/>
        </w:trPr>
        <w:tc>
          <w:tcPr>
            <w:tcW w:w="3148" w:type="dxa"/>
            <w:vAlign w:val="center"/>
          </w:tcPr>
          <w:p w14:paraId="1CB6DFB6" w14:textId="77777777" w:rsidR="006E6B95" w:rsidRPr="00451762" w:rsidRDefault="006E6B95" w:rsidP="006E6B95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417" w:type="dxa"/>
            <w:vAlign w:val="center"/>
          </w:tcPr>
          <w:p w14:paraId="2EB1067C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3" w:type="dxa"/>
            <w:vAlign w:val="center"/>
          </w:tcPr>
          <w:p w14:paraId="585293D2" w14:textId="77777777" w:rsidR="006E6B95" w:rsidRPr="00451762" w:rsidRDefault="006E6B95" w:rsidP="006E6B95">
            <w:pPr>
              <w:spacing w:after="2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2FDB1C8" w14:textId="4C64F535" w:rsidR="006E6B95" w:rsidRPr="00451762" w:rsidRDefault="006E6B95" w:rsidP="006E6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42336FD0" w14:textId="77777777" w:rsidR="006E4D74" w:rsidRDefault="006E4D74">
      <w:pPr>
        <w:rPr>
          <w:rFonts w:ascii="Times New Roman" w:hAnsi="Times New Roman" w:cs="Times New Roman"/>
          <w:b/>
          <w:sz w:val="24"/>
          <w:szCs w:val="24"/>
        </w:rPr>
      </w:pPr>
    </w:p>
    <w:p w14:paraId="7E62BB7F" w14:textId="0353D588" w:rsidR="00AA3D92" w:rsidRPr="00451762" w:rsidRDefault="00276952">
      <w:pPr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b/>
          <w:sz w:val="24"/>
          <w:szCs w:val="24"/>
        </w:rPr>
        <w:t>PARECER FINAL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AA3D92" w:rsidRPr="00451762" w14:paraId="5A0247A0" w14:textId="77777777">
        <w:trPr>
          <w:jc w:val="center"/>
        </w:trPr>
        <w:tc>
          <w:tcPr>
            <w:tcW w:w="9072" w:type="dxa"/>
            <w:vAlign w:val="center"/>
          </w:tcPr>
          <w:p w14:paraId="496AA9C5" w14:textId="77777777" w:rsidR="000754A8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2CBFED60" w14:textId="08449090" w:rsidR="00AA3D92" w:rsidRPr="00451762" w:rsidRDefault="00276952">
            <w:pPr>
              <w:spacing w:after="2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54B50B12" w14:textId="77777777" w:rsidR="000C185A" w:rsidRDefault="000C185A">
      <w:pPr>
        <w:spacing w:before="400"/>
        <w:jc w:val="center"/>
        <w:rPr>
          <w:rFonts w:ascii="Times New Roman" w:hAnsi="Times New Roman" w:cs="Times New Roman"/>
          <w:sz w:val="24"/>
          <w:szCs w:val="24"/>
        </w:rPr>
      </w:pPr>
    </w:p>
    <w:p w14:paraId="2482B778" w14:textId="581FBD7B" w:rsidR="00AA3D92" w:rsidRPr="00F52EFB" w:rsidRDefault="00276952">
      <w:pPr>
        <w:spacing w:before="400"/>
        <w:jc w:val="center"/>
        <w:rPr>
          <w:rFonts w:ascii="Times New Roman" w:hAnsi="Times New Roman" w:cs="Times New Roman"/>
          <w:sz w:val="24"/>
          <w:szCs w:val="24"/>
        </w:rPr>
      </w:pPr>
      <w:r w:rsidRPr="00451762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451762">
        <w:rPr>
          <w:rFonts w:ascii="Times New Roman" w:hAnsi="Times New Roman" w:cs="Times New Roman"/>
          <w:sz w:val="24"/>
          <w:szCs w:val="24"/>
        </w:rPr>
        <w:br/>
        <w:t>Avaliador(a)</w:t>
      </w:r>
      <w:r w:rsidR="000754A8">
        <w:rPr>
          <w:rFonts w:ascii="Times New Roman" w:hAnsi="Times New Roman" w:cs="Times New Roman"/>
          <w:sz w:val="24"/>
          <w:szCs w:val="24"/>
        </w:rPr>
        <w:t xml:space="preserve"> - </w:t>
      </w:r>
      <w:r w:rsidR="000C185A">
        <w:rPr>
          <w:rFonts w:ascii="Times New Roman" w:hAnsi="Times New Roman" w:cs="Times New Roman"/>
          <w:sz w:val="24"/>
          <w:szCs w:val="24"/>
        </w:rPr>
        <w:t>A</w:t>
      </w:r>
      <w:r w:rsidRPr="00451762">
        <w:rPr>
          <w:rFonts w:ascii="Times New Roman" w:hAnsi="Times New Roman" w:cs="Times New Roman"/>
          <w:sz w:val="24"/>
          <w:szCs w:val="24"/>
        </w:rPr>
        <w:t>ssinatura eletrônica</w:t>
      </w:r>
    </w:p>
    <w:sectPr w:rsidR="00AA3D92" w:rsidRPr="00F52EFB" w:rsidSect="00034616">
      <w:footerReference w:type="default" r:id="rId8"/>
      <w:pgSz w:w="11906" w:h="16838"/>
      <w:pgMar w:top="1191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BD5EE" w14:textId="77777777" w:rsidR="003877CA" w:rsidRPr="00451762" w:rsidRDefault="003877CA">
      <w:pPr>
        <w:spacing w:after="0" w:line="240" w:lineRule="auto"/>
      </w:pPr>
      <w:r w:rsidRPr="00451762">
        <w:separator/>
      </w:r>
    </w:p>
  </w:endnote>
  <w:endnote w:type="continuationSeparator" w:id="0">
    <w:p w14:paraId="3D9E621D" w14:textId="77777777" w:rsidR="003877CA" w:rsidRPr="00451762" w:rsidRDefault="003877CA">
      <w:pPr>
        <w:spacing w:after="0" w:line="240" w:lineRule="auto"/>
      </w:pPr>
      <w:r w:rsidRPr="004517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B8B2" w14:textId="717EEE2F" w:rsidR="00091D73" w:rsidRPr="00451762" w:rsidRDefault="00091D73">
    <w:pPr>
      <w:pStyle w:val="Rodap"/>
      <w:jc w:val="right"/>
    </w:pPr>
  </w:p>
  <w:p w14:paraId="5F692CE6" w14:textId="77777777" w:rsidR="00091D73" w:rsidRPr="00451762" w:rsidRDefault="00091D7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11E1" w14:textId="77777777" w:rsidR="003877CA" w:rsidRPr="00451762" w:rsidRDefault="003877CA">
      <w:pPr>
        <w:spacing w:after="0" w:line="240" w:lineRule="auto"/>
      </w:pPr>
      <w:r w:rsidRPr="00451762">
        <w:separator/>
      </w:r>
    </w:p>
  </w:footnote>
  <w:footnote w:type="continuationSeparator" w:id="0">
    <w:p w14:paraId="1A3F5B8A" w14:textId="77777777" w:rsidR="003877CA" w:rsidRPr="00451762" w:rsidRDefault="003877CA">
      <w:pPr>
        <w:spacing w:after="0" w:line="240" w:lineRule="auto"/>
      </w:pPr>
      <w:r w:rsidRPr="0045176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3442494">
    <w:abstractNumId w:val="8"/>
  </w:num>
  <w:num w:numId="2" w16cid:durableId="1858038677">
    <w:abstractNumId w:val="6"/>
  </w:num>
  <w:num w:numId="3" w16cid:durableId="480970074">
    <w:abstractNumId w:val="5"/>
  </w:num>
  <w:num w:numId="4" w16cid:durableId="18435276">
    <w:abstractNumId w:val="4"/>
  </w:num>
  <w:num w:numId="5" w16cid:durableId="108285854">
    <w:abstractNumId w:val="7"/>
  </w:num>
  <w:num w:numId="6" w16cid:durableId="953899083">
    <w:abstractNumId w:val="3"/>
  </w:num>
  <w:num w:numId="7" w16cid:durableId="215899167">
    <w:abstractNumId w:val="2"/>
  </w:num>
  <w:num w:numId="8" w16cid:durableId="1011223616">
    <w:abstractNumId w:val="1"/>
  </w:num>
  <w:num w:numId="9" w16cid:durableId="94057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A3D"/>
    <w:rsid w:val="00016869"/>
    <w:rsid w:val="00027BB4"/>
    <w:rsid w:val="00034616"/>
    <w:rsid w:val="0004438E"/>
    <w:rsid w:val="000449C1"/>
    <w:rsid w:val="000474A7"/>
    <w:rsid w:val="0006063C"/>
    <w:rsid w:val="00062D17"/>
    <w:rsid w:val="00066702"/>
    <w:rsid w:val="000754A8"/>
    <w:rsid w:val="00091D73"/>
    <w:rsid w:val="00096705"/>
    <w:rsid w:val="00096B4A"/>
    <w:rsid w:val="000A4667"/>
    <w:rsid w:val="000C185A"/>
    <w:rsid w:val="000C2C4E"/>
    <w:rsid w:val="000E6955"/>
    <w:rsid w:val="000F5C2E"/>
    <w:rsid w:val="0010436E"/>
    <w:rsid w:val="001114F3"/>
    <w:rsid w:val="00133916"/>
    <w:rsid w:val="0015074B"/>
    <w:rsid w:val="00165B22"/>
    <w:rsid w:val="001743CB"/>
    <w:rsid w:val="00176CAC"/>
    <w:rsid w:val="00187A2E"/>
    <w:rsid w:val="00191415"/>
    <w:rsid w:val="001C71C4"/>
    <w:rsid w:val="001F53D9"/>
    <w:rsid w:val="0020518E"/>
    <w:rsid w:val="00210FF4"/>
    <w:rsid w:val="002173D7"/>
    <w:rsid w:val="002200D5"/>
    <w:rsid w:val="0022417C"/>
    <w:rsid w:val="002374B4"/>
    <w:rsid w:val="002418F3"/>
    <w:rsid w:val="002525BF"/>
    <w:rsid w:val="00261552"/>
    <w:rsid w:val="00276952"/>
    <w:rsid w:val="00280FC0"/>
    <w:rsid w:val="00281AF7"/>
    <w:rsid w:val="0028232F"/>
    <w:rsid w:val="00287D1F"/>
    <w:rsid w:val="0029639D"/>
    <w:rsid w:val="002A23E2"/>
    <w:rsid w:val="002A4C61"/>
    <w:rsid w:val="002A7BB7"/>
    <w:rsid w:val="002C1975"/>
    <w:rsid w:val="002E6262"/>
    <w:rsid w:val="002F3BEF"/>
    <w:rsid w:val="00300127"/>
    <w:rsid w:val="003028BB"/>
    <w:rsid w:val="00303C30"/>
    <w:rsid w:val="0032549B"/>
    <w:rsid w:val="00326F90"/>
    <w:rsid w:val="003317E5"/>
    <w:rsid w:val="00341231"/>
    <w:rsid w:val="0034149C"/>
    <w:rsid w:val="003877CA"/>
    <w:rsid w:val="0039568D"/>
    <w:rsid w:val="003A625C"/>
    <w:rsid w:val="003D5803"/>
    <w:rsid w:val="003F2C24"/>
    <w:rsid w:val="003F5E07"/>
    <w:rsid w:val="003F60D5"/>
    <w:rsid w:val="003F63D2"/>
    <w:rsid w:val="004017CA"/>
    <w:rsid w:val="004066C4"/>
    <w:rsid w:val="00407484"/>
    <w:rsid w:val="00421DCA"/>
    <w:rsid w:val="00430C96"/>
    <w:rsid w:val="004346E5"/>
    <w:rsid w:val="00446508"/>
    <w:rsid w:val="004475C4"/>
    <w:rsid w:val="004504AA"/>
    <w:rsid w:val="00451762"/>
    <w:rsid w:val="00453CFD"/>
    <w:rsid w:val="004654A4"/>
    <w:rsid w:val="00465DD8"/>
    <w:rsid w:val="00466127"/>
    <w:rsid w:val="00467A61"/>
    <w:rsid w:val="00472681"/>
    <w:rsid w:val="00474C1B"/>
    <w:rsid w:val="00482020"/>
    <w:rsid w:val="0048653E"/>
    <w:rsid w:val="00495B52"/>
    <w:rsid w:val="00495F81"/>
    <w:rsid w:val="004A075E"/>
    <w:rsid w:val="004A46B3"/>
    <w:rsid w:val="004B48D3"/>
    <w:rsid w:val="004B7F35"/>
    <w:rsid w:val="004C625D"/>
    <w:rsid w:val="004D09A7"/>
    <w:rsid w:val="004D7973"/>
    <w:rsid w:val="004E2449"/>
    <w:rsid w:val="004E3556"/>
    <w:rsid w:val="004E49B7"/>
    <w:rsid w:val="005002F9"/>
    <w:rsid w:val="00502E55"/>
    <w:rsid w:val="00526D03"/>
    <w:rsid w:val="00540985"/>
    <w:rsid w:val="0054263E"/>
    <w:rsid w:val="00551B83"/>
    <w:rsid w:val="0055759B"/>
    <w:rsid w:val="00563F64"/>
    <w:rsid w:val="00565DEB"/>
    <w:rsid w:val="00566E80"/>
    <w:rsid w:val="005701D7"/>
    <w:rsid w:val="00586A93"/>
    <w:rsid w:val="005942BF"/>
    <w:rsid w:val="00595ABC"/>
    <w:rsid w:val="00596FB6"/>
    <w:rsid w:val="005A511F"/>
    <w:rsid w:val="005B3ACF"/>
    <w:rsid w:val="005B3CE2"/>
    <w:rsid w:val="005C4CEF"/>
    <w:rsid w:val="005C6C1B"/>
    <w:rsid w:val="005C7FFA"/>
    <w:rsid w:val="005D7D02"/>
    <w:rsid w:val="005E0A71"/>
    <w:rsid w:val="005E57EC"/>
    <w:rsid w:val="005F08CE"/>
    <w:rsid w:val="005F2B4A"/>
    <w:rsid w:val="00600A28"/>
    <w:rsid w:val="0060348D"/>
    <w:rsid w:val="00617AB9"/>
    <w:rsid w:val="00617E5E"/>
    <w:rsid w:val="006215AF"/>
    <w:rsid w:val="0064019C"/>
    <w:rsid w:val="00646D24"/>
    <w:rsid w:val="00647B60"/>
    <w:rsid w:val="00652871"/>
    <w:rsid w:val="00654193"/>
    <w:rsid w:val="00654AEE"/>
    <w:rsid w:val="0065505D"/>
    <w:rsid w:val="006559CD"/>
    <w:rsid w:val="006579D2"/>
    <w:rsid w:val="00676A66"/>
    <w:rsid w:val="006771D6"/>
    <w:rsid w:val="006835A6"/>
    <w:rsid w:val="00693114"/>
    <w:rsid w:val="006A0375"/>
    <w:rsid w:val="006B6132"/>
    <w:rsid w:val="006C05EC"/>
    <w:rsid w:val="006C626C"/>
    <w:rsid w:val="006D620C"/>
    <w:rsid w:val="006E4D74"/>
    <w:rsid w:val="006E6B95"/>
    <w:rsid w:val="00713591"/>
    <w:rsid w:val="00723399"/>
    <w:rsid w:val="00724A23"/>
    <w:rsid w:val="007257F6"/>
    <w:rsid w:val="0073114F"/>
    <w:rsid w:val="00743352"/>
    <w:rsid w:val="0074458C"/>
    <w:rsid w:val="00752E13"/>
    <w:rsid w:val="0075788F"/>
    <w:rsid w:val="00766661"/>
    <w:rsid w:val="00774A13"/>
    <w:rsid w:val="00775B3F"/>
    <w:rsid w:val="00784312"/>
    <w:rsid w:val="00790BAC"/>
    <w:rsid w:val="007963F5"/>
    <w:rsid w:val="007A291B"/>
    <w:rsid w:val="007C4764"/>
    <w:rsid w:val="007D6CCE"/>
    <w:rsid w:val="007E13AA"/>
    <w:rsid w:val="007E47A3"/>
    <w:rsid w:val="008060D6"/>
    <w:rsid w:val="00807157"/>
    <w:rsid w:val="00824186"/>
    <w:rsid w:val="00826BF7"/>
    <w:rsid w:val="00833A14"/>
    <w:rsid w:val="008343B5"/>
    <w:rsid w:val="008466B7"/>
    <w:rsid w:val="00847585"/>
    <w:rsid w:val="00847B57"/>
    <w:rsid w:val="00863604"/>
    <w:rsid w:val="00894951"/>
    <w:rsid w:val="00896479"/>
    <w:rsid w:val="00896E63"/>
    <w:rsid w:val="00897264"/>
    <w:rsid w:val="008A0591"/>
    <w:rsid w:val="008B2AFA"/>
    <w:rsid w:val="008C3B85"/>
    <w:rsid w:val="008E10C8"/>
    <w:rsid w:val="00902574"/>
    <w:rsid w:val="00905A29"/>
    <w:rsid w:val="00912AC6"/>
    <w:rsid w:val="00912CBA"/>
    <w:rsid w:val="00932D5B"/>
    <w:rsid w:val="00933819"/>
    <w:rsid w:val="009417ED"/>
    <w:rsid w:val="00952F23"/>
    <w:rsid w:val="00955115"/>
    <w:rsid w:val="00955702"/>
    <w:rsid w:val="0096465F"/>
    <w:rsid w:val="009649BB"/>
    <w:rsid w:val="0097609F"/>
    <w:rsid w:val="0097686B"/>
    <w:rsid w:val="00991960"/>
    <w:rsid w:val="009A24C9"/>
    <w:rsid w:val="009B00A2"/>
    <w:rsid w:val="009B304A"/>
    <w:rsid w:val="009C1E59"/>
    <w:rsid w:val="009F3BDE"/>
    <w:rsid w:val="009F4122"/>
    <w:rsid w:val="009F4264"/>
    <w:rsid w:val="009F42DE"/>
    <w:rsid w:val="009F7F5D"/>
    <w:rsid w:val="00A00B90"/>
    <w:rsid w:val="00A101E9"/>
    <w:rsid w:val="00A23128"/>
    <w:rsid w:val="00A267E8"/>
    <w:rsid w:val="00A325C1"/>
    <w:rsid w:val="00A341FB"/>
    <w:rsid w:val="00A34F52"/>
    <w:rsid w:val="00A64B7B"/>
    <w:rsid w:val="00A74B7A"/>
    <w:rsid w:val="00A75C66"/>
    <w:rsid w:val="00A8339F"/>
    <w:rsid w:val="00A9571E"/>
    <w:rsid w:val="00AA1D8D"/>
    <w:rsid w:val="00AA3D92"/>
    <w:rsid w:val="00AC76F6"/>
    <w:rsid w:val="00B15601"/>
    <w:rsid w:val="00B15FAC"/>
    <w:rsid w:val="00B16D7B"/>
    <w:rsid w:val="00B205F5"/>
    <w:rsid w:val="00B22BDD"/>
    <w:rsid w:val="00B23BE4"/>
    <w:rsid w:val="00B2562A"/>
    <w:rsid w:val="00B27A4B"/>
    <w:rsid w:val="00B3255F"/>
    <w:rsid w:val="00B35CBD"/>
    <w:rsid w:val="00B43E41"/>
    <w:rsid w:val="00B47730"/>
    <w:rsid w:val="00B5031F"/>
    <w:rsid w:val="00B624AB"/>
    <w:rsid w:val="00B70CF3"/>
    <w:rsid w:val="00B723F4"/>
    <w:rsid w:val="00B8506D"/>
    <w:rsid w:val="00BA3321"/>
    <w:rsid w:val="00BC3B5A"/>
    <w:rsid w:val="00BD2E25"/>
    <w:rsid w:val="00BD62A9"/>
    <w:rsid w:val="00BE22F0"/>
    <w:rsid w:val="00BF1B66"/>
    <w:rsid w:val="00C04513"/>
    <w:rsid w:val="00C1345C"/>
    <w:rsid w:val="00C15CAF"/>
    <w:rsid w:val="00C23D06"/>
    <w:rsid w:val="00C359F6"/>
    <w:rsid w:val="00C37F4A"/>
    <w:rsid w:val="00C44932"/>
    <w:rsid w:val="00C62602"/>
    <w:rsid w:val="00C7298C"/>
    <w:rsid w:val="00C82E8E"/>
    <w:rsid w:val="00C8411B"/>
    <w:rsid w:val="00CA22D6"/>
    <w:rsid w:val="00CA2663"/>
    <w:rsid w:val="00CB0664"/>
    <w:rsid w:val="00CB5158"/>
    <w:rsid w:val="00CD4A45"/>
    <w:rsid w:val="00CD5B77"/>
    <w:rsid w:val="00CD6509"/>
    <w:rsid w:val="00CE18D7"/>
    <w:rsid w:val="00CE2CEC"/>
    <w:rsid w:val="00CE48E5"/>
    <w:rsid w:val="00CE658B"/>
    <w:rsid w:val="00CF1460"/>
    <w:rsid w:val="00D00713"/>
    <w:rsid w:val="00D061E1"/>
    <w:rsid w:val="00D07718"/>
    <w:rsid w:val="00D205E9"/>
    <w:rsid w:val="00D22586"/>
    <w:rsid w:val="00D364D8"/>
    <w:rsid w:val="00D422C9"/>
    <w:rsid w:val="00D46616"/>
    <w:rsid w:val="00D56D4A"/>
    <w:rsid w:val="00D70577"/>
    <w:rsid w:val="00D70BF7"/>
    <w:rsid w:val="00D84CDB"/>
    <w:rsid w:val="00D87E82"/>
    <w:rsid w:val="00D94533"/>
    <w:rsid w:val="00D96178"/>
    <w:rsid w:val="00DB21F5"/>
    <w:rsid w:val="00DB54B4"/>
    <w:rsid w:val="00DB5657"/>
    <w:rsid w:val="00DC0DBF"/>
    <w:rsid w:val="00DC4002"/>
    <w:rsid w:val="00DC4B2C"/>
    <w:rsid w:val="00DC6826"/>
    <w:rsid w:val="00DD04DB"/>
    <w:rsid w:val="00DD13E2"/>
    <w:rsid w:val="00DD165C"/>
    <w:rsid w:val="00DD749D"/>
    <w:rsid w:val="00DE2661"/>
    <w:rsid w:val="00DE3CA4"/>
    <w:rsid w:val="00DE4DE6"/>
    <w:rsid w:val="00DE7622"/>
    <w:rsid w:val="00DF46EA"/>
    <w:rsid w:val="00E02C82"/>
    <w:rsid w:val="00E22B17"/>
    <w:rsid w:val="00E26C65"/>
    <w:rsid w:val="00E439C1"/>
    <w:rsid w:val="00E52D51"/>
    <w:rsid w:val="00E61008"/>
    <w:rsid w:val="00E673A1"/>
    <w:rsid w:val="00E84DC1"/>
    <w:rsid w:val="00EA7F51"/>
    <w:rsid w:val="00EB72FB"/>
    <w:rsid w:val="00EC0359"/>
    <w:rsid w:val="00ED7C43"/>
    <w:rsid w:val="00EE2BEF"/>
    <w:rsid w:val="00EF1795"/>
    <w:rsid w:val="00EF1BB9"/>
    <w:rsid w:val="00EF5FC1"/>
    <w:rsid w:val="00F01E36"/>
    <w:rsid w:val="00F03D54"/>
    <w:rsid w:val="00F10E8B"/>
    <w:rsid w:val="00F11E1C"/>
    <w:rsid w:val="00F14C15"/>
    <w:rsid w:val="00F221F6"/>
    <w:rsid w:val="00F349EF"/>
    <w:rsid w:val="00F44013"/>
    <w:rsid w:val="00F46D3E"/>
    <w:rsid w:val="00F52EFB"/>
    <w:rsid w:val="00F54B73"/>
    <w:rsid w:val="00F57CCD"/>
    <w:rsid w:val="00F60C28"/>
    <w:rsid w:val="00F62ABD"/>
    <w:rsid w:val="00F65200"/>
    <w:rsid w:val="00F655A6"/>
    <w:rsid w:val="00F67260"/>
    <w:rsid w:val="00F73173"/>
    <w:rsid w:val="00FA5A61"/>
    <w:rsid w:val="00FC693F"/>
    <w:rsid w:val="00FC75D2"/>
    <w:rsid w:val="00FE1854"/>
    <w:rsid w:val="00FE254C"/>
    <w:rsid w:val="00FE69FB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9313DAE4-CE1E-408B-96E8-5EC71937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Arial" w:hAnsi="Arial"/>
      <w:sz w:val="2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7365D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7E47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E4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Prêmio Ufac de Melhor Dissertação e Melhor Tese</dc:title>
  <dc:subject/>
  <dc:creator>Pró-Reitoria de Pesquisa, Pós-Graduação e Inovação – Ufac</dc:creator>
  <cp:keywords/>
  <dc:description>generated by python-docx</dc:description>
  <cp:lastModifiedBy>Genivaldo Moreira</cp:lastModifiedBy>
  <cp:revision>323</cp:revision>
  <dcterms:created xsi:type="dcterms:W3CDTF">2013-12-23T23:15:00Z</dcterms:created>
  <dcterms:modified xsi:type="dcterms:W3CDTF">2026-10-15T20:05:00Z</dcterms:modified>
  <cp:category/>
</cp:coreProperties>
</file>